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955BC" w14:textId="236397A0" w:rsidR="00D0718B" w:rsidRDefault="00762AFC" w:rsidP="009337E4">
      <w:r>
        <w:rPr>
          <w:noProof/>
        </w:rPr>
        <w:drawing>
          <wp:inline distT="0" distB="0" distL="0" distR="0" wp14:anchorId="568928D3" wp14:editId="346A4726">
            <wp:extent cx="5974080" cy="8961120"/>
            <wp:effectExtent l="0" t="0" r="7620" b="0"/>
            <wp:docPr id="1849509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09901" name="Picture 18495099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896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B2D3AA" wp14:editId="216EE2C6">
            <wp:extent cx="5882640" cy="8823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printable_binder_cover_form_page_desig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882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AFA9F" w14:textId="77777777" w:rsidR="00D0718B" w:rsidRDefault="00D0718B">
      <w:pPr>
        <w:sectPr w:rsidR="00D0718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936" w:right="792" w:bottom="792" w:left="1296" w:header="720" w:footer="720" w:gutter="0"/>
          <w:cols w:space="720"/>
          <w:docGrid w:linePitch="360"/>
        </w:sectPr>
      </w:pPr>
    </w:p>
    <w:p w14:paraId="099D59D7" w14:textId="77777777" w:rsidR="00D0718B" w:rsidRDefault="00000000">
      <w:pPr>
        <w:pBdr>
          <w:bottom w:val="single" w:sz="12" w:space="4" w:color="B87E20"/>
        </w:pBdr>
        <w:spacing w:after="520"/>
      </w:pPr>
      <w:r>
        <w:rPr>
          <w:rFonts w:ascii="Georgia" w:hAnsi="Georgia"/>
          <w:b/>
          <w:color w:val="1D3445"/>
          <w:sz w:val="44"/>
        </w:rPr>
        <w:lastRenderedPageBreak/>
        <w:t>EMERGENCY QUICK REFERENCE — CONTACTS &amp; SPECIAL CARE</w:t>
      </w:r>
    </w:p>
    <w:p w14:paraId="748C49CB" w14:textId="77777777" w:rsidR="00D0718B" w:rsidRDefault="00000000">
      <w:r>
        <w:rPr>
          <w:i/>
        </w:rPr>
        <w:t>Keep this page where a caregiver can find it immediately.</w:t>
      </w:r>
    </w:p>
    <w:p w14:paraId="44F7F5E5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Owner Information</w:t>
      </w:r>
    </w:p>
    <w:p w14:paraId="77A1237C" w14:textId="77777777" w:rsidR="00D0718B" w:rsidRDefault="00000000">
      <w:pPr>
        <w:spacing w:after="40"/>
      </w:pPr>
      <w:r>
        <w:rPr>
          <w:b/>
        </w:rPr>
        <w:t xml:space="preserve">Owner Name  </w:t>
      </w:r>
      <w:r>
        <w:t>_____________________________________________</w:t>
      </w:r>
    </w:p>
    <w:p w14:paraId="7BDB4F51" w14:textId="77777777" w:rsidR="00D0718B" w:rsidRDefault="00000000">
      <w:pPr>
        <w:spacing w:after="40"/>
      </w:pPr>
      <w:r>
        <w:rPr>
          <w:b/>
        </w:rPr>
        <w:t xml:space="preserve">Primary Phone  </w:t>
      </w:r>
      <w:r>
        <w:t>_____________________________________________</w:t>
      </w:r>
    </w:p>
    <w:p w14:paraId="277EDF9F" w14:textId="77777777" w:rsidR="00D0718B" w:rsidRDefault="00000000">
      <w:pPr>
        <w:spacing w:after="40"/>
      </w:pPr>
      <w:r>
        <w:rPr>
          <w:b/>
        </w:rPr>
        <w:t xml:space="preserve">Secondary Phone  </w:t>
      </w:r>
      <w:r>
        <w:t>_____________________________________________</w:t>
      </w:r>
    </w:p>
    <w:p w14:paraId="4955A0B7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Emergency Contacts</w:t>
      </w:r>
    </w:p>
    <w:p w14:paraId="75037108" w14:textId="77777777" w:rsidR="00D0718B" w:rsidRDefault="00000000">
      <w:pPr>
        <w:spacing w:after="40"/>
      </w:pPr>
      <w:r>
        <w:rPr>
          <w:b/>
        </w:rPr>
        <w:t xml:space="preserve">Primary Contact / Relationship  </w:t>
      </w:r>
      <w:r>
        <w:t>_____________________________________________</w:t>
      </w:r>
    </w:p>
    <w:p w14:paraId="201436F8" w14:textId="77777777" w:rsidR="00D0718B" w:rsidRDefault="00000000">
      <w:pPr>
        <w:spacing w:after="40"/>
      </w:pPr>
      <w:r>
        <w:rPr>
          <w:b/>
        </w:rPr>
        <w:t xml:space="preserve">Phone  </w:t>
      </w:r>
      <w:r>
        <w:t>_____________________________________________</w:t>
      </w:r>
    </w:p>
    <w:p w14:paraId="428D93B2" w14:textId="77777777" w:rsidR="00D0718B" w:rsidRDefault="00000000">
      <w:pPr>
        <w:spacing w:after="40"/>
      </w:pPr>
      <w:r>
        <w:rPr>
          <w:b/>
        </w:rPr>
        <w:t xml:space="preserve">Secondary Contact / Relationship  </w:t>
      </w:r>
      <w:r>
        <w:t>_____________________________________________</w:t>
      </w:r>
    </w:p>
    <w:p w14:paraId="4C67F811" w14:textId="77777777" w:rsidR="00D0718B" w:rsidRDefault="00000000">
      <w:pPr>
        <w:spacing w:after="40"/>
      </w:pPr>
      <w:r>
        <w:rPr>
          <w:b/>
        </w:rPr>
        <w:t xml:space="preserve">Phone  </w:t>
      </w:r>
      <w:r>
        <w:t>_____________________________________________</w:t>
      </w:r>
    </w:p>
    <w:p w14:paraId="4BA48D4D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Veterinary Care</w:t>
      </w:r>
    </w:p>
    <w:p w14:paraId="02CD96BF" w14:textId="77777777" w:rsidR="00D0718B" w:rsidRDefault="00000000">
      <w:pPr>
        <w:spacing w:after="40"/>
      </w:pPr>
      <w:r>
        <w:rPr>
          <w:b/>
        </w:rPr>
        <w:t xml:space="preserve">Primary Veterinarian / Clinic  </w:t>
      </w:r>
      <w:r>
        <w:t>_____________________________________________</w:t>
      </w:r>
    </w:p>
    <w:p w14:paraId="241CD3B6" w14:textId="77777777" w:rsidR="00D0718B" w:rsidRDefault="00000000">
      <w:pPr>
        <w:spacing w:after="40"/>
      </w:pPr>
      <w:r>
        <w:rPr>
          <w:b/>
        </w:rPr>
        <w:t xml:space="preserve">Phone  </w:t>
      </w:r>
      <w:r>
        <w:t>_____________________________________________</w:t>
      </w:r>
    </w:p>
    <w:p w14:paraId="00F2BB0D" w14:textId="27B94E09" w:rsidR="00D0718B" w:rsidRDefault="00000000">
      <w:pPr>
        <w:spacing w:after="40"/>
      </w:pPr>
      <w:r>
        <w:rPr>
          <w:b/>
        </w:rPr>
        <w:t xml:space="preserve">24-Hour Emergency Veterinarian / </w:t>
      </w:r>
      <w:proofErr w:type="gramStart"/>
      <w:r>
        <w:rPr>
          <w:b/>
        </w:rPr>
        <w:t xml:space="preserve">Clinic  </w:t>
      </w:r>
      <w:r>
        <w:t>_</w:t>
      </w:r>
      <w:proofErr w:type="gramEnd"/>
      <w:r>
        <w:t>__________________________________________</w:t>
      </w:r>
    </w:p>
    <w:p w14:paraId="7AFE823D" w14:textId="77777777" w:rsidR="00D0718B" w:rsidRDefault="00000000">
      <w:pPr>
        <w:spacing w:after="40"/>
      </w:pPr>
      <w:r>
        <w:rPr>
          <w:b/>
        </w:rPr>
        <w:t xml:space="preserve">Phone  </w:t>
      </w:r>
      <w:r>
        <w:t>_____________________________________________</w:t>
      </w:r>
    </w:p>
    <w:p w14:paraId="10D757EC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Pet Insurance</w:t>
      </w:r>
    </w:p>
    <w:p w14:paraId="3054BE32" w14:textId="77777777" w:rsidR="00D0718B" w:rsidRDefault="00000000">
      <w:pPr>
        <w:spacing w:after="40"/>
      </w:pPr>
      <w:r>
        <w:t>☐ Yes    ☐ No</w:t>
      </w:r>
    </w:p>
    <w:p w14:paraId="3E114640" w14:textId="77777777" w:rsidR="00D0718B" w:rsidRDefault="00000000">
      <w:pPr>
        <w:spacing w:after="40"/>
      </w:pPr>
      <w:r>
        <w:rPr>
          <w:b/>
        </w:rPr>
        <w:t xml:space="preserve">Insurance Company  </w:t>
      </w:r>
      <w:r>
        <w:t>_____________________________________________</w:t>
      </w:r>
    </w:p>
    <w:p w14:paraId="37C0E708" w14:textId="77777777" w:rsidR="00D0718B" w:rsidRDefault="00000000">
      <w:pPr>
        <w:spacing w:after="40"/>
      </w:pPr>
      <w:r>
        <w:rPr>
          <w:b/>
        </w:rPr>
        <w:t xml:space="preserve">Policy / Member #  </w:t>
      </w:r>
      <w:r>
        <w:t>_____________________________________________</w:t>
      </w:r>
    </w:p>
    <w:p w14:paraId="7E6BF951" w14:textId="77777777" w:rsidR="00D0718B" w:rsidRDefault="00000000">
      <w:pPr>
        <w:spacing w:after="40"/>
      </w:pPr>
      <w:r>
        <w:rPr>
          <w:b/>
        </w:rPr>
        <w:t xml:space="preserve">Claims / Contact Phone  </w:t>
      </w:r>
      <w:r>
        <w:t>_____________________________________________</w:t>
      </w:r>
    </w:p>
    <w:p w14:paraId="0F488959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Animals Requiring Immediate or Special Care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336"/>
      </w:tblGrid>
      <w:tr w:rsidR="00D0718B" w14:paraId="7FFF7F6B" w14:textId="77777777">
        <w:trPr>
          <w:jc w:val="center"/>
        </w:trPr>
        <w:tc>
          <w:tcPr>
            <w:tcW w:w="2880" w:type="dxa"/>
          </w:tcPr>
          <w:p w14:paraId="6CC9C49D" w14:textId="77777777" w:rsidR="00D0718B" w:rsidRDefault="00000000">
            <w:r>
              <w:rPr>
                <w:b/>
                <w:sz w:val="22"/>
              </w:rPr>
              <w:t>Pet / Animal</w:t>
            </w:r>
          </w:p>
        </w:tc>
        <w:tc>
          <w:tcPr>
            <w:tcW w:w="6336" w:type="dxa"/>
          </w:tcPr>
          <w:p w14:paraId="1388BE76" w14:textId="77777777" w:rsidR="00D0718B" w:rsidRDefault="00000000">
            <w:r>
              <w:rPr>
                <w:b/>
                <w:sz w:val="22"/>
              </w:rPr>
              <w:t>Special Need / Immediate Instruction</w:t>
            </w:r>
          </w:p>
        </w:tc>
      </w:tr>
      <w:tr w:rsidR="00D0718B" w14:paraId="780D4382" w14:textId="77777777">
        <w:trPr>
          <w:jc w:val="center"/>
        </w:trPr>
        <w:tc>
          <w:tcPr>
            <w:tcW w:w="2880" w:type="dxa"/>
          </w:tcPr>
          <w:p w14:paraId="07C821D0" w14:textId="77777777" w:rsidR="00D0718B" w:rsidRDefault="00D0718B"/>
        </w:tc>
        <w:tc>
          <w:tcPr>
            <w:tcW w:w="6336" w:type="dxa"/>
          </w:tcPr>
          <w:p w14:paraId="23C5D872" w14:textId="77777777" w:rsidR="00D0718B" w:rsidRDefault="00D0718B"/>
        </w:tc>
      </w:tr>
      <w:tr w:rsidR="00D0718B" w14:paraId="287F7706" w14:textId="77777777">
        <w:trPr>
          <w:jc w:val="center"/>
        </w:trPr>
        <w:tc>
          <w:tcPr>
            <w:tcW w:w="2880" w:type="dxa"/>
          </w:tcPr>
          <w:p w14:paraId="2FE3D7FA" w14:textId="77777777" w:rsidR="00D0718B" w:rsidRDefault="00D0718B"/>
        </w:tc>
        <w:tc>
          <w:tcPr>
            <w:tcW w:w="6336" w:type="dxa"/>
          </w:tcPr>
          <w:p w14:paraId="52E14E23" w14:textId="77777777" w:rsidR="00D0718B" w:rsidRDefault="00D0718B"/>
        </w:tc>
      </w:tr>
    </w:tbl>
    <w:p w14:paraId="3D05E0A5" w14:textId="77777777" w:rsidR="00D0718B" w:rsidRDefault="00000000">
      <w:r>
        <w:br w:type="page"/>
      </w:r>
    </w:p>
    <w:p w14:paraId="2587EE03" w14:textId="77777777" w:rsidR="00D0718B" w:rsidRDefault="00000000">
      <w:pPr>
        <w:pBdr>
          <w:bottom w:val="single" w:sz="12" w:space="4" w:color="B87E20"/>
        </w:pBdr>
        <w:spacing w:after="520"/>
      </w:pPr>
      <w:r>
        <w:rPr>
          <w:rFonts w:ascii="Georgia" w:hAnsi="Georgia"/>
          <w:b/>
          <w:color w:val="1D3445"/>
          <w:sz w:val="44"/>
        </w:rPr>
        <w:lastRenderedPageBreak/>
        <w:t>EMERGENCY QUICK REFERENCE — IMPORTANT ITEMS</w:t>
      </w:r>
    </w:p>
    <w:p w14:paraId="6AC2BB49" w14:textId="77777777" w:rsidR="00D0718B" w:rsidRDefault="00000000">
      <w:r>
        <w:rPr>
          <w:i/>
        </w:rPr>
        <w:t>Keep this page with the Contacts &amp; Special Care quick-reference page.</w:t>
      </w:r>
    </w:p>
    <w:p w14:paraId="4B97C353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Home Entry</w:t>
      </w:r>
    </w:p>
    <w:p w14:paraId="182D1EE5" w14:textId="77777777" w:rsidR="00D0718B" w:rsidRDefault="00000000">
      <w:pPr>
        <w:spacing w:after="40"/>
      </w:pPr>
      <w:r>
        <w:rPr>
          <w:b/>
        </w:rPr>
        <w:t xml:space="preserve">House Key / Entry Instructions  </w:t>
      </w:r>
      <w:r>
        <w:t>_____________________________________________</w:t>
      </w:r>
    </w:p>
    <w:p w14:paraId="16070592" w14:textId="77777777" w:rsidR="00D0718B" w:rsidRDefault="00000000">
      <w:pPr>
        <w:spacing w:after="40"/>
      </w:pPr>
      <w:r>
        <w:rPr>
          <w:b/>
        </w:rPr>
        <w:t xml:space="preserve">Spare Key / Contact  </w:t>
      </w:r>
      <w:r>
        <w:t>_____________________________________________</w:t>
      </w:r>
    </w:p>
    <w:p w14:paraId="266D655E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Pet Care Supplies</w:t>
      </w:r>
    </w:p>
    <w:p w14:paraId="4DD68AE2" w14:textId="77777777" w:rsidR="00D0718B" w:rsidRDefault="00000000">
      <w:pPr>
        <w:spacing w:after="40"/>
      </w:pPr>
      <w:r>
        <w:rPr>
          <w:b/>
        </w:rPr>
        <w:t xml:space="preserve">Pet Food  </w:t>
      </w:r>
      <w:r>
        <w:t>_____________________________________________</w:t>
      </w:r>
    </w:p>
    <w:p w14:paraId="3A9AE1BC" w14:textId="77777777" w:rsidR="00D0718B" w:rsidRDefault="00000000">
      <w:pPr>
        <w:spacing w:after="40"/>
      </w:pPr>
      <w:r>
        <w:rPr>
          <w:b/>
        </w:rPr>
        <w:t xml:space="preserve">Medications  </w:t>
      </w:r>
      <w:r>
        <w:t>_____________________________________________</w:t>
      </w:r>
    </w:p>
    <w:p w14:paraId="62D2B6C5" w14:textId="77777777" w:rsidR="00D0718B" w:rsidRDefault="00000000">
      <w:pPr>
        <w:spacing w:after="40"/>
      </w:pPr>
      <w:r>
        <w:rPr>
          <w:b/>
        </w:rPr>
        <w:t xml:space="preserve">Treats / Supplements  </w:t>
      </w:r>
      <w:r>
        <w:t>_____________________________________________</w:t>
      </w:r>
    </w:p>
    <w:p w14:paraId="48BA9CBA" w14:textId="77777777" w:rsidR="00D0718B" w:rsidRDefault="00000000">
      <w:pPr>
        <w:spacing w:after="40"/>
      </w:pPr>
      <w:r>
        <w:rPr>
          <w:b/>
        </w:rPr>
        <w:t xml:space="preserve">Leashes / Harnesses  </w:t>
      </w:r>
      <w:r>
        <w:t>_____________________________________________</w:t>
      </w:r>
    </w:p>
    <w:p w14:paraId="3A1B5A65" w14:textId="77777777" w:rsidR="00D0718B" w:rsidRDefault="00000000">
      <w:pPr>
        <w:spacing w:after="40"/>
      </w:pPr>
      <w:r>
        <w:rPr>
          <w:b/>
        </w:rPr>
        <w:t xml:space="preserve">Carriers / Crates  </w:t>
      </w:r>
      <w:r>
        <w:t>_____________________________________________</w:t>
      </w:r>
    </w:p>
    <w:p w14:paraId="4667B1D4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Emergency &amp; Cleaning Supplies</w:t>
      </w:r>
    </w:p>
    <w:p w14:paraId="131DE364" w14:textId="77777777" w:rsidR="00D0718B" w:rsidRDefault="00000000">
      <w:pPr>
        <w:spacing w:after="40"/>
      </w:pPr>
      <w:r>
        <w:rPr>
          <w:b/>
        </w:rPr>
        <w:t xml:space="preserve">Pet First-Aid Supplies  </w:t>
      </w:r>
      <w:r>
        <w:t>_____________________________________________</w:t>
      </w:r>
    </w:p>
    <w:p w14:paraId="7CA930D7" w14:textId="77777777" w:rsidR="00D0718B" w:rsidRDefault="00000000">
      <w:pPr>
        <w:spacing w:after="40"/>
      </w:pPr>
      <w:r>
        <w:rPr>
          <w:b/>
        </w:rPr>
        <w:t xml:space="preserve">Cleaning Supplies  </w:t>
      </w:r>
      <w:r>
        <w:t>_____________________________________________</w:t>
      </w:r>
    </w:p>
    <w:p w14:paraId="01C3AD2F" w14:textId="77777777" w:rsidR="00D0718B" w:rsidRDefault="00000000">
      <w:pPr>
        <w:spacing w:after="40"/>
      </w:pPr>
      <w:r>
        <w:rPr>
          <w:b/>
        </w:rPr>
        <w:t xml:space="preserve">Towels / Bedding  </w:t>
      </w:r>
      <w:r>
        <w:t>_____________________________________________</w:t>
      </w:r>
    </w:p>
    <w:p w14:paraId="4AD787F7" w14:textId="77777777" w:rsidR="00D0718B" w:rsidRDefault="00000000">
      <w:pPr>
        <w:spacing w:after="40"/>
      </w:pPr>
      <w:r>
        <w:rPr>
          <w:b/>
        </w:rPr>
        <w:t xml:space="preserve">Waste / Litter Supplies  </w:t>
      </w:r>
      <w:r>
        <w:t>_____________________________________________</w:t>
      </w:r>
    </w:p>
    <w:p w14:paraId="4987E8CC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Other Important Items</w:t>
      </w:r>
    </w:p>
    <w:p w14:paraId="7DFAB153" w14:textId="77777777" w:rsidR="00D0718B" w:rsidRDefault="00000000">
      <w:pPr>
        <w:spacing w:after="40"/>
      </w:pPr>
      <w:r>
        <w:rPr>
          <w:b/>
        </w:rPr>
        <w:t xml:space="preserve">Item / Location  </w:t>
      </w:r>
      <w:r>
        <w:t>_____________________________________________</w:t>
      </w:r>
    </w:p>
    <w:p w14:paraId="1571A77B" w14:textId="77777777" w:rsidR="00D0718B" w:rsidRDefault="00000000">
      <w:pPr>
        <w:spacing w:after="40"/>
      </w:pPr>
      <w:r>
        <w:rPr>
          <w:b/>
        </w:rPr>
        <w:t xml:space="preserve">Item / Location  </w:t>
      </w:r>
      <w:r>
        <w:t>_____________________________________________</w:t>
      </w:r>
    </w:p>
    <w:p w14:paraId="4432C392" w14:textId="77777777" w:rsidR="00D0718B" w:rsidRDefault="00000000">
      <w:pPr>
        <w:spacing w:after="40"/>
      </w:pPr>
      <w:r>
        <w:rPr>
          <w:b/>
        </w:rPr>
        <w:t xml:space="preserve">Item / Location  </w:t>
      </w:r>
      <w:r>
        <w:t>_____________________________________________</w:t>
      </w:r>
    </w:p>
    <w:p w14:paraId="6A85801E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Brief Emergency Instructions</w:t>
      </w:r>
    </w:p>
    <w:p w14:paraId="1E90F510" w14:textId="77777777" w:rsidR="00D0718B" w:rsidRDefault="00000000">
      <w:pPr>
        <w:spacing w:after="40"/>
      </w:pPr>
      <w:r>
        <w:t>______________________________________________________________________</w:t>
      </w:r>
    </w:p>
    <w:p w14:paraId="3A162B73" w14:textId="77777777" w:rsidR="00D0718B" w:rsidRDefault="00000000">
      <w:pPr>
        <w:spacing w:after="40"/>
      </w:pPr>
      <w:r>
        <w:t>______________________________________________________________________</w:t>
      </w:r>
    </w:p>
    <w:p w14:paraId="7F8D9CEF" w14:textId="77777777" w:rsidR="00D0718B" w:rsidRDefault="00000000">
      <w:pPr>
        <w:spacing w:after="80"/>
      </w:pPr>
      <w:r>
        <w:rPr>
          <w:i/>
          <w:sz w:val="22"/>
        </w:rPr>
        <w:t>If the owner cannot be reached, contact the emergency person listed on the matching quick-reference page and follow the animal-specific instructions in this binder.</w:t>
      </w:r>
    </w:p>
    <w:p w14:paraId="76CA8BEF" w14:textId="77777777" w:rsidR="00D0718B" w:rsidRDefault="00000000">
      <w:r>
        <w:br w:type="page"/>
      </w:r>
    </w:p>
    <w:p w14:paraId="53674DA1" w14:textId="77777777" w:rsidR="00D0718B" w:rsidRDefault="00000000">
      <w:pPr>
        <w:pBdr>
          <w:bottom w:val="single" w:sz="12" w:space="4" w:color="B87E20"/>
        </w:pBdr>
        <w:spacing w:after="520"/>
      </w:pPr>
      <w:r>
        <w:rPr>
          <w:rFonts w:ascii="Georgia" w:hAnsi="Georgia"/>
          <w:b/>
          <w:color w:val="1D3445"/>
          <w:sz w:val="44"/>
        </w:rPr>
        <w:lastRenderedPageBreak/>
        <w:t>HOME &amp; CAREGIVER INFORMATION</w:t>
      </w:r>
    </w:p>
    <w:p w14:paraId="3D19F26E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Home Information</w:t>
      </w:r>
    </w:p>
    <w:p w14:paraId="277630BE" w14:textId="77777777" w:rsidR="00D0718B" w:rsidRDefault="00000000">
      <w:pPr>
        <w:spacing w:after="40"/>
      </w:pPr>
      <w:r>
        <w:rPr>
          <w:b/>
        </w:rPr>
        <w:t xml:space="preserve">Home Address  </w:t>
      </w:r>
      <w:r>
        <w:t>_____________________________________________</w:t>
      </w:r>
    </w:p>
    <w:p w14:paraId="7C38A723" w14:textId="77777777" w:rsidR="00D0718B" w:rsidRDefault="00000000">
      <w:pPr>
        <w:spacing w:after="40"/>
      </w:pPr>
      <w:r>
        <w:rPr>
          <w:b/>
        </w:rPr>
        <w:t xml:space="preserve">Owner Name(s)  </w:t>
      </w:r>
      <w:r>
        <w:t>_____________________________________________</w:t>
      </w:r>
    </w:p>
    <w:p w14:paraId="2470D9CF" w14:textId="77777777" w:rsidR="00D0718B" w:rsidRDefault="00000000">
      <w:pPr>
        <w:spacing w:after="40"/>
      </w:pPr>
      <w:r>
        <w:rPr>
          <w:b/>
        </w:rPr>
        <w:t xml:space="preserve">Primary Phone  </w:t>
      </w:r>
      <w:r>
        <w:t>_____________________________________________</w:t>
      </w:r>
    </w:p>
    <w:p w14:paraId="1860A9DA" w14:textId="77777777" w:rsidR="00D0718B" w:rsidRDefault="00000000">
      <w:pPr>
        <w:spacing w:after="40"/>
      </w:pPr>
      <w:r>
        <w:rPr>
          <w:b/>
        </w:rPr>
        <w:t xml:space="preserve">Secondary Phone  </w:t>
      </w:r>
      <w:r>
        <w:t>_____________________________________________</w:t>
      </w:r>
    </w:p>
    <w:p w14:paraId="4F60C6E4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Getting Into the Home</w:t>
      </w:r>
    </w:p>
    <w:p w14:paraId="4EBB0998" w14:textId="77777777" w:rsidR="00D0718B" w:rsidRDefault="00000000">
      <w:pPr>
        <w:spacing w:after="40"/>
      </w:pPr>
      <w:r>
        <w:rPr>
          <w:b/>
        </w:rPr>
        <w:t xml:space="preserve">Key Location  </w:t>
      </w:r>
      <w:r>
        <w:t>_____________________________________________</w:t>
      </w:r>
    </w:p>
    <w:p w14:paraId="786BF437" w14:textId="77777777" w:rsidR="00D0718B" w:rsidRDefault="00000000">
      <w:pPr>
        <w:spacing w:after="40"/>
      </w:pPr>
      <w:r>
        <w:rPr>
          <w:b/>
        </w:rPr>
        <w:t xml:space="preserve">Spare Key With / Phone  </w:t>
      </w:r>
      <w:r>
        <w:t>_____________________________________________</w:t>
      </w:r>
    </w:p>
    <w:p w14:paraId="6084E6AD" w14:textId="77777777" w:rsidR="00D0718B" w:rsidRDefault="00000000">
      <w:pPr>
        <w:spacing w:after="40"/>
      </w:pPr>
      <w:r>
        <w:rPr>
          <w:b/>
        </w:rPr>
        <w:t xml:space="preserve">Door / Gate Instructions  </w:t>
      </w:r>
      <w:r>
        <w:t>_____________________________________________</w:t>
      </w:r>
    </w:p>
    <w:p w14:paraId="65926F0F" w14:textId="77777777" w:rsidR="00D0718B" w:rsidRDefault="00000000">
      <w:pPr>
        <w:spacing w:after="40"/>
      </w:pPr>
      <w:r>
        <w:t>☐ Alarm System: Yes    ☐ No</w:t>
      </w:r>
    </w:p>
    <w:p w14:paraId="3DBB8816" w14:textId="77777777" w:rsidR="00D0718B" w:rsidRDefault="00000000">
      <w:pPr>
        <w:spacing w:after="40"/>
      </w:pPr>
      <w:r>
        <w:rPr>
          <w:b/>
        </w:rPr>
        <w:t xml:space="preserve">Alarm Code Location / Instructions  </w:t>
      </w:r>
      <w:r>
        <w:t>_____________________________________________</w:t>
      </w:r>
    </w:p>
    <w:p w14:paraId="5E609493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Important Household Information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5616"/>
      </w:tblGrid>
      <w:tr w:rsidR="00D0718B" w14:paraId="28419B03" w14:textId="77777777">
        <w:trPr>
          <w:jc w:val="center"/>
        </w:trPr>
        <w:tc>
          <w:tcPr>
            <w:tcW w:w="3600" w:type="dxa"/>
          </w:tcPr>
          <w:p w14:paraId="3A30AA69" w14:textId="77777777" w:rsidR="00D0718B" w:rsidRDefault="00000000">
            <w:r>
              <w:rPr>
                <w:b/>
                <w:sz w:val="22"/>
              </w:rPr>
              <w:t>Item</w:t>
            </w:r>
          </w:p>
        </w:tc>
        <w:tc>
          <w:tcPr>
            <w:tcW w:w="5616" w:type="dxa"/>
          </w:tcPr>
          <w:p w14:paraId="78066445" w14:textId="77777777" w:rsidR="00D0718B" w:rsidRDefault="00000000">
            <w:r>
              <w:rPr>
                <w:b/>
                <w:sz w:val="22"/>
              </w:rPr>
              <w:t>Location / Notes</w:t>
            </w:r>
          </w:p>
        </w:tc>
      </w:tr>
      <w:tr w:rsidR="00D0718B" w14:paraId="63FF53E0" w14:textId="77777777">
        <w:trPr>
          <w:jc w:val="center"/>
        </w:trPr>
        <w:tc>
          <w:tcPr>
            <w:tcW w:w="3600" w:type="dxa"/>
          </w:tcPr>
          <w:p w14:paraId="77E483F3" w14:textId="77777777" w:rsidR="00D0718B" w:rsidRDefault="00000000">
            <w:r>
              <w:rPr>
                <w:sz w:val="22"/>
              </w:rPr>
              <w:t>Electrical panel</w:t>
            </w:r>
          </w:p>
        </w:tc>
        <w:tc>
          <w:tcPr>
            <w:tcW w:w="5616" w:type="dxa"/>
          </w:tcPr>
          <w:p w14:paraId="14A6F485" w14:textId="77777777" w:rsidR="00D0718B" w:rsidRDefault="00D0718B"/>
        </w:tc>
      </w:tr>
      <w:tr w:rsidR="00D0718B" w14:paraId="2F0C16B0" w14:textId="77777777">
        <w:trPr>
          <w:jc w:val="center"/>
        </w:trPr>
        <w:tc>
          <w:tcPr>
            <w:tcW w:w="3600" w:type="dxa"/>
          </w:tcPr>
          <w:p w14:paraId="5541B61B" w14:textId="77777777" w:rsidR="00D0718B" w:rsidRDefault="00000000">
            <w:r>
              <w:rPr>
                <w:sz w:val="22"/>
              </w:rPr>
              <w:t>Main water shutoff</w:t>
            </w:r>
          </w:p>
        </w:tc>
        <w:tc>
          <w:tcPr>
            <w:tcW w:w="5616" w:type="dxa"/>
          </w:tcPr>
          <w:p w14:paraId="54F3FBB4" w14:textId="77777777" w:rsidR="00D0718B" w:rsidRDefault="00D0718B"/>
        </w:tc>
      </w:tr>
      <w:tr w:rsidR="00D0718B" w14:paraId="4229E642" w14:textId="77777777">
        <w:trPr>
          <w:jc w:val="center"/>
        </w:trPr>
        <w:tc>
          <w:tcPr>
            <w:tcW w:w="3600" w:type="dxa"/>
          </w:tcPr>
          <w:p w14:paraId="7DCF1FCC" w14:textId="77777777" w:rsidR="00D0718B" w:rsidRDefault="00000000">
            <w:r>
              <w:rPr>
                <w:sz w:val="22"/>
              </w:rPr>
              <w:t>Emergency supplies</w:t>
            </w:r>
          </w:p>
        </w:tc>
        <w:tc>
          <w:tcPr>
            <w:tcW w:w="5616" w:type="dxa"/>
          </w:tcPr>
          <w:p w14:paraId="0E03C85A" w14:textId="77777777" w:rsidR="00D0718B" w:rsidRDefault="00D0718B"/>
        </w:tc>
      </w:tr>
      <w:tr w:rsidR="00D0718B" w14:paraId="7A2FBA94" w14:textId="77777777">
        <w:trPr>
          <w:jc w:val="center"/>
        </w:trPr>
        <w:tc>
          <w:tcPr>
            <w:tcW w:w="3600" w:type="dxa"/>
          </w:tcPr>
          <w:p w14:paraId="5C734957" w14:textId="77777777" w:rsidR="00D0718B" w:rsidRDefault="00000000">
            <w:r>
              <w:rPr>
                <w:sz w:val="22"/>
              </w:rPr>
              <w:t>Pet first-aid supplies</w:t>
            </w:r>
          </w:p>
        </w:tc>
        <w:tc>
          <w:tcPr>
            <w:tcW w:w="5616" w:type="dxa"/>
          </w:tcPr>
          <w:p w14:paraId="4DD186DD" w14:textId="77777777" w:rsidR="00D0718B" w:rsidRDefault="00D0718B"/>
        </w:tc>
      </w:tr>
      <w:tr w:rsidR="00D0718B" w14:paraId="63A8E173" w14:textId="77777777">
        <w:trPr>
          <w:jc w:val="center"/>
        </w:trPr>
        <w:tc>
          <w:tcPr>
            <w:tcW w:w="3600" w:type="dxa"/>
          </w:tcPr>
          <w:p w14:paraId="1415A7FE" w14:textId="77777777" w:rsidR="00D0718B" w:rsidRDefault="00000000">
            <w:r>
              <w:rPr>
                <w:sz w:val="22"/>
              </w:rPr>
              <w:t>Cleaning supplies</w:t>
            </w:r>
          </w:p>
        </w:tc>
        <w:tc>
          <w:tcPr>
            <w:tcW w:w="5616" w:type="dxa"/>
          </w:tcPr>
          <w:p w14:paraId="1DDA883A" w14:textId="77777777" w:rsidR="00D0718B" w:rsidRDefault="00D0718B"/>
        </w:tc>
      </w:tr>
      <w:tr w:rsidR="00D0718B" w14:paraId="67D602E7" w14:textId="77777777">
        <w:trPr>
          <w:jc w:val="center"/>
        </w:trPr>
        <w:tc>
          <w:tcPr>
            <w:tcW w:w="3600" w:type="dxa"/>
          </w:tcPr>
          <w:p w14:paraId="60DDE473" w14:textId="77777777" w:rsidR="00D0718B" w:rsidRDefault="00000000">
            <w:r>
              <w:rPr>
                <w:sz w:val="22"/>
              </w:rPr>
              <w:t>Extra pet food / supplies</w:t>
            </w:r>
          </w:p>
        </w:tc>
        <w:tc>
          <w:tcPr>
            <w:tcW w:w="5616" w:type="dxa"/>
          </w:tcPr>
          <w:p w14:paraId="3B91EA4B" w14:textId="77777777" w:rsidR="00D0718B" w:rsidRDefault="00D0718B"/>
        </w:tc>
      </w:tr>
    </w:tbl>
    <w:p w14:paraId="183A58F2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Household &amp; Pet Rules</w:t>
      </w:r>
    </w:p>
    <w:p w14:paraId="11730D84" w14:textId="77777777" w:rsidR="00D0718B" w:rsidRDefault="00000000">
      <w:pPr>
        <w:spacing w:after="40"/>
      </w:pPr>
      <w:r>
        <w:rPr>
          <w:b/>
        </w:rPr>
        <w:t xml:space="preserve">Animals that must NOT be together  </w:t>
      </w:r>
      <w:r>
        <w:t>_____________________________________________</w:t>
      </w:r>
    </w:p>
    <w:p w14:paraId="05DA2D04" w14:textId="77777777" w:rsidR="00D0718B" w:rsidRDefault="00000000">
      <w:pPr>
        <w:spacing w:after="40"/>
      </w:pPr>
      <w:r>
        <w:rPr>
          <w:b/>
        </w:rPr>
        <w:t xml:space="preserve">Doors / gates that must remain closed  </w:t>
      </w:r>
      <w:r>
        <w:t>_____________________________________________</w:t>
      </w:r>
    </w:p>
    <w:p w14:paraId="1DFD9E70" w14:textId="77777777" w:rsidR="00D0718B" w:rsidRDefault="00000000">
      <w:pPr>
        <w:spacing w:after="40"/>
      </w:pPr>
      <w:r>
        <w:rPr>
          <w:b/>
        </w:rPr>
        <w:t xml:space="preserve">Rooms / areas pets must not enter  </w:t>
      </w:r>
      <w:r>
        <w:t>_____________________________________________</w:t>
      </w:r>
    </w:p>
    <w:p w14:paraId="25B3FA11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Animal Count &amp; Quick Check</w:t>
      </w:r>
    </w:p>
    <w:p w14:paraId="048D2DAE" w14:textId="77777777" w:rsidR="00D0718B" w:rsidRDefault="00000000">
      <w:pPr>
        <w:spacing w:after="40"/>
      </w:pPr>
      <w:r>
        <w:rPr>
          <w:b/>
        </w:rPr>
        <w:t xml:space="preserve">Total animals expected  </w:t>
      </w:r>
      <w:r>
        <w:t>_____________________________________________</w:t>
      </w:r>
    </w:p>
    <w:p w14:paraId="371E14F9" w14:textId="77777777" w:rsidR="00D0718B" w:rsidRDefault="00000000">
      <w:pPr>
        <w:spacing w:after="40"/>
      </w:pPr>
      <w:r>
        <w:rPr>
          <w:b/>
        </w:rPr>
        <w:t xml:space="preserve">Group / outdoor animals and number expected  </w:t>
      </w:r>
      <w:r>
        <w:t>_____________________________________________</w:t>
      </w:r>
    </w:p>
    <w:p w14:paraId="1817671B" w14:textId="77777777" w:rsidR="00D0718B" w:rsidRDefault="00000000">
      <w:pPr>
        <w:spacing w:after="40"/>
      </w:pPr>
      <w:r>
        <w:rPr>
          <w:b/>
        </w:rPr>
        <w:t xml:space="preserve">Animals that may hide / where to look  </w:t>
      </w:r>
      <w:r>
        <w:t>_____________________________________________</w:t>
      </w:r>
    </w:p>
    <w:p w14:paraId="54DB37B2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Before You Leave</w:t>
      </w:r>
    </w:p>
    <w:p w14:paraId="78F48D0A" w14:textId="77777777" w:rsidR="00D0718B" w:rsidRDefault="00000000">
      <w:pPr>
        <w:spacing w:after="40"/>
      </w:pPr>
      <w:r>
        <w:t>☐ All animals accounted for    ☐ Food/water provided    ☐ Medications given</w:t>
      </w:r>
    </w:p>
    <w:p w14:paraId="1F56BECB" w14:textId="77777777" w:rsidR="00972910" w:rsidRDefault="00000000" w:rsidP="00972910">
      <w:pPr>
        <w:spacing w:after="40"/>
      </w:pPr>
      <w:r>
        <w:t>☐ Doors/gates/enclosures secure    ☐ Equipment checked    ☐ Concerns logged</w:t>
      </w:r>
    </w:p>
    <w:p w14:paraId="7D5BCA58" w14:textId="45F33C22" w:rsidR="00D0718B" w:rsidRDefault="00972910" w:rsidP="00972910">
      <w:pPr>
        <w:spacing w:after="40"/>
      </w:pPr>
      <w:r>
        <w:rPr>
          <w:rFonts w:ascii="Georgia" w:hAnsi="Georgia"/>
          <w:b/>
          <w:color w:val="1D3445"/>
          <w:sz w:val="44"/>
        </w:rPr>
        <w:lastRenderedPageBreak/>
        <w:t>INDIVIDUAL PET PROFILE</w:t>
      </w:r>
    </w:p>
    <w:p w14:paraId="456E7ED7" w14:textId="77777777" w:rsidR="00D0718B" w:rsidRDefault="00000000">
      <w:r>
        <w:rPr>
          <w:i/>
        </w:rPr>
        <w:t>Repeat this page for each individually cared-for pet.</w:t>
      </w:r>
    </w:p>
    <w:p w14:paraId="3B04D519" w14:textId="77777777" w:rsidR="00D0718B" w:rsidRDefault="00000000">
      <w:pPr>
        <w:spacing w:after="40"/>
      </w:pPr>
      <w:r>
        <w:rPr>
          <w:b/>
        </w:rPr>
        <w:t xml:space="preserve">Pet's Name  </w:t>
      </w:r>
      <w:r>
        <w:t>_____________________________________________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7"/>
        <w:gridCol w:w="4182"/>
      </w:tblGrid>
      <w:tr w:rsidR="00D0718B" w14:paraId="1D1C9BA0" w14:textId="77777777" w:rsidTr="00972910">
        <w:trPr>
          <w:trHeight w:val="3060"/>
        </w:trPr>
        <w:tc>
          <w:tcPr>
            <w:tcW w:w="5047" w:type="dxa"/>
          </w:tcPr>
          <w:p w14:paraId="436FF580" w14:textId="77777777" w:rsidR="00D0718B" w:rsidRDefault="00000000">
            <w:pPr>
              <w:jc w:val="center"/>
            </w:pPr>
            <w:r>
              <w:br/>
            </w:r>
            <w:r>
              <w:br/>
            </w:r>
            <w:r>
              <w:br/>
              <w:t>PHOTO</w:t>
            </w:r>
            <w:r>
              <w:br/>
              <w:t>Attach a clear, recent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4182" w:type="dxa"/>
          </w:tcPr>
          <w:p w14:paraId="392A0C0A" w14:textId="77777777" w:rsidR="00D0718B" w:rsidRDefault="00000000">
            <w:r>
              <w:t>Animal / Species: __________________</w:t>
            </w:r>
            <w:r>
              <w:br/>
              <w:t>Breed: ___________________________</w:t>
            </w:r>
            <w:r>
              <w:br/>
              <w:t>Color / Markings: _________________</w:t>
            </w:r>
            <w:r>
              <w:br/>
              <w:t>Sex: ☐ Male ☐ Female</w:t>
            </w:r>
            <w:r>
              <w:br/>
              <w:t>Spayed/Neutered: ☐ Yes ☐ No</w:t>
            </w:r>
            <w:r>
              <w:br/>
              <w:t>Age / DOB: ______________________</w:t>
            </w:r>
            <w:r>
              <w:br/>
              <w:t>Weight: _________________________</w:t>
            </w:r>
            <w:r>
              <w:br/>
              <w:t>Microchip #: _____________________</w:t>
            </w:r>
            <w:r>
              <w:br/>
              <w:t>Registry: ________________________</w:t>
            </w:r>
          </w:p>
        </w:tc>
      </w:tr>
    </w:tbl>
    <w:p w14:paraId="6D8B013E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Get to Know Me</w:t>
      </w:r>
    </w:p>
    <w:p w14:paraId="08BBA99A" w14:textId="77777777" w:rsidR="00D0718B" w:rsidRDefault="00000000">
      <w:pPr>
        <w:spacing w:after="40"/>
      </w:pPr>
      <w:r>
        <w:rPr>
          <w:b/>
        </w:rPr>
        <w:t xml:space="preserve">My personality  </w:t>
      </w:r>
      <w:r>
        <w:t>_____________________________________________</w:t>
      </w:r>
    </w:p>
    <w:p w14:paraId="22663903" w14:textId="77777777" w:rsidR="00D0718B" w:rsidRDefault="00000000">
      <w:pPr>
        <w:spacing w:after="40"/>
      </w:pPr>
      <w:r>
        <w:rPr>
          <w:b/>
        </w:rPr>
        <w:t xml:space="preserve">I really like  </w:t>
      </w:r>
      <w:r>
        <w:t>_____________________________________________</w:t>
      </w:r>
    </w:p>
    <w:p w14:paraId="46A5E72E" w14:textId="77777777" w:rsidR="00D0718B" w:rsidRDefault="00000000">
      <w:pPr>
        <w:spacing w:after="40"/>
      </w:pPr>
      <w:r>
        <w:rPr>
          <w:b/>
        </w:rPr>
        <w:t xml:space="preserve">I don't like  </w:t>
      </w:r>
      <w:r>
        <w:t>_____________________________________________</w:t>
      </w:r>
    </w:p>
    <w:p w14:paraId="65A2A74D" w14:textId="77777777" w:rsidR="00D0718B" w:rsidRDefault="00000000">
      <w:pPr>
        <w:spacing w:after="40"/>
      </w:pPr>
      <w:r>
        <w:rPr>
          <w:b/>
        </w:rPr>
        <w:t xml:space="preserve">Things that frighten or upset me  </w:t>
      </w:r>
      <w:r>
        <w:t>_____________________________________________</w:t>
      </w:r>
    </w:p>
    <w:p w14:paraId="2BF91BC7" w14:textId="77777777" w:rsidR="00D0718B" w:rsidRDefault="00000000">
      <w:pPr>
        <w:spacing w:after="40"/>
      </w:pPr>
      <w:r>
        <w:rPr>
          <w:b/>
        </w:rPr>
        <w:t xml:space="preserve">Best way to comfort or calm me  </w:t>
      </w:r>
      <w:r>
        <w:t>_____________________________________________</w:t>
      </w:r>
    </w:p>
    <w:p w14:paraId="0EAB5CDD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Please Know This About Me</w:t>
      </w:r>
    </w:p>
    <w:p w14:paraId="5F164D45" w14:textId="77777777" w:rsidR="00D0718B" w:rsidRDefault="00000000">
      <w:pPr>
        <w:spacing w:after="40"/>
      </w:pPr>
      <w:r>
        <w:rPr>
          <w:b/>
        </w:rPr>
        <w:t xml:space="preserve">Please be especially careful when  </w:t>
      </w:r>
      <w:r>
        <w:t>_____________________________________________</w:t>
      </w:r>
    </w:p>
    <w:p w14:paraId="759F38BD" w14:textId="77777777" w:rsidR="00D0718B" w:rsidRDefault="00000000">
      <w:pPr>
        <w:spacing w:after="40"/>
      </w:pPr>
      <w:r>
        <w:rPr>
          <w:b/>
        </w:rPr>
        <w:t xml:space="preserve">Important behavior / handling notes  </w:t>
      </w:r>
      <w:r>
        <w:t>_____________________________________________</w:t>
      </w:r>
    </w:p>
    <w:p w14:paraId="7850A158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Words &amp; Commands I Know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048"/>
      </w:tblGrid>
      <w:tr w:rsidR="00D0718B" w14:paraId="428B5009" w14:textId="77777777">
        <w:trPr>
          <w:jc w:val="center"/>
        </w:trPr>
        <w:tc>
          <w:tcPr>
            <w:tcW w:w="3168" w:type="dxa"/>
          </w:tcPr>
          <w:p w14:paraId="484AA262" w14:textId="77777777" w:rsidR="00D0718B" w:rsidRDefault="00000000">
            <w:r>
              <w:rPr>
                <w:b/>
                <w:sz w:val="22"/>
              </w:rPr>
              <w:t>Command / Word</w:t>
            </w:r>
          </w:p>
        </w:tc>
        <w:tc>
          <w:tcPr>
            <w:tcW w:w="6048" w:type="dxa"/>
          </w:tcPr>
          <w:p w14:paraId="7244555A" w14:textId="77777777" w:rsidR="00D0718B" w:rsidRDefault="00000000">
            <w:r>
              <w:rPr>
                <w:b/>
                <w:sz w:val="22"/>
              </w:rPr>
              <w:t>Means</w:t>
            </w:r>
          </w:p>
        </w:tc>
      </w:tr>
      <w:tr w:rsidR="00D0718B" w14:paraId="2B3A9F83" w14:textId="77777777">
        <w:trPr>
          <w:jc w:val="center"/>
        </w:trPr>
        <w:tc>
          <w:tcPr>
            <w:tcW w:w="3168" w:type="dxa"/>
          </w:tcPr>
          <w:p w14:paraId="758A4A4C" w14:textId="77777777" w:rsidR="00D0718B" w:rsidRDefault="00D0718B"/>
        </w:tc>
        <w:tc>
          <w:tcPr>
            <w:tcW w:w="6048" w:type="dxa"/>
          </w:tcPr>
          <w:p w14:paraId="55514E6D" w14:textId="77777777" w:rsidR="00D0718B" w:rsidRDefault="00D0718B"/>
        </w:tc>
      </w:tr>
      <w:tr w:rsidR="00D0718B" w14:paraId="1D9E5D5B" w14:textId="77777777">
        <w:trPr>
          <w:jc w:val="center"/>
        </w:trPr>
        <w:tc>
          <w:tcPr>
            <w:tcW w:w="3168" w:type="dxa"/>
          </w:tcPr>
          <w:p w14:paraId="03063E5C" w14:textId="77777777" w:rsidR="00D0718B" w:rsidRDefault="00D0718B"/>
        </w:tc>
        <w:tc>
          <w:tcPr>
            <w:tcW w:w="6048" w:type="dxa"/>
          </w:tcPr>
          <w:p w14:paraId="2192F3C4" w14:textId="77777777" w:rsidR="00D0718B" w:rsidRDefault="00D0718B"/>
        </w:tc>
      </w:tr>
      <w:tr w:rsidR="00D0718B" w14:paraId="12CB425F" w14:textId="77777777">
        <w:trPr>
          <w:jc w:val="center"/>
        </w:trPr>
        <w:tc>
          <w:tcPr>
            <w:tcW w:w="3168" w:type="dxa"/>
          </w:tcPr>
          <w:p w14:paraId="5F702A8C" w14:textId="77777777" w:rsidR="00D0718B" w:rsidRDefault="00D0718B"/>
        </w:tc>
        <w:tc>
          <w:tcPr>
            <w:tcW w:w="6048" w:type="dxa"/>
          </w:tcPr>
          <w:p w14:paraId="6D1D296E" w14:textId="77777777" w:rsidR="00D0718B" w:rsidRDefault="00D0718B"/>
        </w:tc>
      </w:tr>
    </w:tbl>
    <w:p w14:paraId="1ABDEF16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Where I Belong</w:t>
      </w:r>
    </w:p>
    <w:p w14:paraId="0389D7CB" w14:textId="77777777" w:rsidR="00D0718B" w:rsidRDefault="00000000">
      <w:pPr>
        <w:spacing w:after="40"/>
      </w:pPr>
      <w:r>
        <w:rPr>
          <w:b/>
        </w:rPr>
        <w:t xml:space="preserve">During the day  </w:t>
      </w:r>
      <w:r>
        <w:t>_____________________________________________</w:t>
      </w:r>
    </w:p>
    <w:p w14:paraId="5A282E15" w14:textId="77777777" w:rsidR="00D0718B" w:rsidRDefault="00000000">
      <w:pPr>
        <w:spacing w:after="40"/>
      </w:pPr>
      <w:r>
        <w:rPr>
          <w:b/>
        </w:rPr>
        <w:t xml:space="preserve">At night  </w:t>
      </w:r>
      <w:r>
        <w:t>_____________________________________________</w:t>
      </w:r>
    </w:p>
    <w:p w14:paraId="527CC354" w14:textId="77777777" w:rsidR="00D0718B" w:rsidRDefault="00000000">
      <w:pPr>
        <w:spacing w:after="40"/>
      </w:pPr>
      <w:r>
        <w:rPr>
          <w:b/>
        </w:rPr>
        <w:t xml:space="preserve">When no one is home  </w:t>
      </w:r>
      <w:r>
        <w:t>_____________________________________________</w:t>
      </w:r>
    </w:p>
    <w:p w14:paraId="175E5658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If I Get Loose or Hide</w:t>
      </w:r>
    </w:p>
    <w:p w14:paraId="192325DE" w14:textId="77777777" w:rsidR="00D0718B" w:rsidRDefault="00000000">
      <w:pPr>
        <w:spacing w:after="40"/>
      </w:pPr>
      <w:r>
        <w:rPr>
          <w:b/>
        </w:rPr>
        <w:t xml:space="preserve">What gets my attention  </w:t>
      </w:r>
      <w:r>
        <w:t>_____________________________________________</w:t>
      </w:r>
    </w:p>
    <w:p w14:paraId="0DD61B9F" w14:textId="77777777" w:rsidR="00972910" w:rsidRDefault="00000000" w:rsidP="00972910">
      <w:pPr>
        <w:spacing w:after="40"/>
      </w:pPr>
      <w:r>
        <w:rPr>
          <w:b/>
        </w:rPr>
        <w:t xml:space="preserve">Places I may hide / </w:t>
      </w:r>
      <w:proofErr w:type="gramStart"/>
      <w:r>
        <w:rPr>
          <w:b/>
        </w:rPr>
        <w:t xml:space="preserve">go  </w:t>
      </w:r>
      <w:r>
        <w:t>_</w:t>
      </w:r>
      <w:proofErr w:type="gramEnd"/>
      <w:r>
        <w:t>____________________________________________</w:t>
      </w:r>
    </w:p>
    <w:p w14:paraId="718A6ECA" w14:textId="485206A7" w:rsidR="00D0718B" w:rsidRDefault="00000000" w:rsidP="00972910">
      <w:pPr>
        <w:spacing w:after="40"/>
      </w:pPr>
      <w:r>
        <w:rPr>
          <w:rFonts w:ascii="Georgia" w:hAnsi="Georgia"/>
          <w:b/>
          <w:color w:val="1D3445"/>
          <w:sz w:val="44"/>
        </w:rPr>
        <w:lastRenderedPageBreak/>
        <w:t>DAILY CARE &amp; MEDICAL INFORMATION</w:t>
      </w:r>
    </w:p>
    <w:p w14:paraId="66C91D89" w14:textId="77777777" w:rsidR="00D0718B" w:rsidRDefault="00000000">
      <w:r>
        <w:rPr>
          <w:i/>
        </w:rPr>
        <w:t>Repeat this page for each individually cared-for pet.</w:t>
      </w:r>
    </w:p>
    <w:p w14:paraId="4C7F0F2C" w14:textId="77777777" w:rsidR="00D0718B" w:rsidRDefault="00000000">
      <w:pPr>
        <w:spacing w:after="40"/>
      </w:pPr>
      <w:r>
        <w:rPr>
          <w:b/>
        </w:rPr>
        <w:t xml:space="preserve">Pet's Name  </w:t>
      </w:r>
      <w:r>
        <w:t>_____________________________________________</w:t>
      </w:r>
    </w:p>
    <w:p w14:paraId="048E5819" w14:textId="77777777" w:rsidR="00972910" w:rsidRDefault="00000000" w:rsidP="00972910">
      <w:pPr>
        <w:rPr>
          <w:b/>
          <w:color w:val="B87E20"/>
        </w:rPr>
      </w:pPr>
      <w:r>
        <w:rPr>
          <w:b/>
          <w:color w:val="B87E20"/>
        </w:rPr>
        <w:t>⚠ ALLERGY ALERT   Known allergies?   ☐ No   ☐ Yes — see below</w:t>
      </w:r>
    </w:p>
    <w:p w14:paraId="281173F2" w14:textId="4099C296" w:rsidR="00972910" w:rsidRPr="00972910" w:rsidRDefault="00000000" w:rsidP="00972910">
      <w:pPr>
        <w:spacing w:after="0" w:line="360" w:lineRule="auto"/>
        <w:rPr>
          <w:b/>
          <w:color w:val="1D3445"/>
          <w:szCs w:val="24"/>
        </w:rPr>
      </w:pPr>
      <w:r>
        <w:rPr>
          <w:b/>
          <w:color w:val="1D3445"/>
          <w:sz w:val="28"/>
        </w:rPr>
        <w:t>Feeding &amp; Water</w:t>
      </w:r>
    </w:p>
    <w:p w14:paraId="70FD01D0" w14:textId="65CACCC1" w:rsidR="00972910" w:rsidRDefault="00000000" w:rsidP="00972910">
      <w:pPr>
        <w:spacing w:after="0"/>
      </w:pPr>
      <w:r>
        <w:rPr>
          <w:b/>
        </w:rPr>
        <w:t xml:space="preserve">Food / Brand / Amount </w:t>
      </w:r>
      <w:r w:rsidR="00972910">
        <w:rPr>
          <w:b/>
        </w:rPr>
        <w:t xml:space="preserve"> </w:t>
      </w:r>
      <w:r>
        <w:rPr>
          <w:b/>
        </w:rPr>
        <w:t xml:space="preserve"> </w:t>
      </w:r>
      <w:r>
        <w:t>_____________________________________________</w:t>
      </w:r>
    </w:p>
    <w:p w14:paraId="08712821" w14:textId="2483D7DD" w:rsidR="00D0718B" w:rsidRDefault="00000000" w:rsidP="00972910">
      <w:pPr>
        <w:spacing w:after="0"/>
      </w:pPr>
      <w:r>
        <w:rPr>
          <w:b/>
        </w:rPr>
        <w:t xml:space="preserve">Morning / Afternoon / </w:t>
      </w:r>
      <w:proofErr w:type="gramStart"/>
      <w:r>
        <w:rPr>
          <w:b/>
        </w:rPr>
        <w:t xml:space="preserve">Evening  </w:t>
      </w:r>
      <w:r>
        <w:t>_</w:t>
      </w:r>
      <w:proofErr w:type="gramEnd"/>
      <w:r>
        <w:t>____________________________________________</w:t>
      </w:r>
    </w:p>
    <w:p w14:paraId="781D41D7" w14:textId="77777777" w:rsidR="00D0718B" w:rsidRDefault="00000000" w:rsidP="00972910">
      <w:pPr>
        <w:spacing w:after="0"/>
      </w:pPr>
      <w:r>
        <w:rPr>
          <w:b/>
        </w:rPr>
        <w:t xml:space="preserve">Treats Allowed  </w:t>
      </w:r>
      <w:r>
        <w:t>_____________________________________________</w:t>
      </w:r>
    </w:p>
    <w:p w14:paraId="1573DCBB" w14:textId="77777777" w:rsidR="00D0718B" w:rsidRDefault="00000000">
      <w:pPr>
        <w:spacing w:after="40"/>
      </w:pPr>
      <w:r>
        <w:rPr>
          <w:b/>
        </w:rPr>
        <w:t xml:space="preserve">Do NOT Feed  </w:t>
      </w:r>
      <w:r>
        <w:t>_____________________________________________</w:t>
      </w:r>
    </w:p>
    <w:p w14:paraId="18E79CB8" w14:textId="77777777" w:rsidR="00D0718B" w:rsidRDefault="00000000">
      <w:pPr>
        <w:spacing w:after="40"/>
      </w:pPr>
      <w:r>
        <w:rPr>
          <w:b/>
        </w:rPr>
        <w:t xml:space="preserve">Water Location / Instructions  </w:t>
      </w:r>
      <w:r>
        <w:t>_____________________________________________</w:t>
      </w:r>
    </w:p>
    <w:p w14:paraId="08740DD2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Bathroom / Walk / Exercise</w:t>
      </w:r>
    </w:p>
    <w:p w14:paraId="6742F5FF" w14:textId="77777777" w:rsidR="00D0718B" w:rsidRDefault="00000000">
      <w:pPr>
        <w:spacing w:after="40"/>
      </w:pPr>
      <w:r>
        <w:rPr>
          <w:b/>
        </w:rPr>
        <w:t xml:space="preserve">Schedule / Instructions  </w:t>
      </w:r>
      <w:r>
        <w:t>_____________________________________________</w:t>
      </w:r>
    </w:p>
    <w:p w14:paraId="0EE42722" w14:textId="77777777" w:rsidR="00D0718B" w:rsidRDefault="00000000">
      <w:pPr>
        <w:spacing w:after="40"/>
      </w:pPr>
      <w:r>
        <w:rPr>
          <w:b/>
        </w:rPr>
        <w:t xml:space="preserve">Leash / Harness Location  </w:t>
      </w:r>
      <w:r>
        <w:t>_____________________________________________</w:t>
      </w:r>
    </w:p>
    <w:p w14:paraId="61BE019E" w14:textId="77777777" w:rsidR="00D0718B" w:rsidRDefault="00000000">
      <w:pPr>
        <w:spacing w:after="40"/>
      </w:pPr>
      <w:r>
        <w:rPr>
          <w:b/>
        </w:rPr>
        <w:t xml:space="preserve">Litter / Potty / Enclosure Cleaning  </w:t>
      </w:r>
      <w:r>
        <w:t>_____________________________________________</w:t>
      </w:r>
    </w:p>
    <w:p w14:paraId="5150E210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Medications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1584"/>
        <w:gridCol w:w="1584"/>
        <w:gridCol w:w="3168"/>
      </w:tblGrid>
      <w:tr w:rsidR="00D0718B" w14:paraId="77BC7930" w14:textId="77777777">
        <w:trPr>
          <w:jc w:val="center"/>
        </w:trPr>
        <w:tc>
          <w:tcPr>
            <w:tcW w:w="2880" w:type="dxa"/>
          </w:tcPr>
          <w:p w14:paraId="26FD6D96" w14:textId="77777777" w:rsidR="00D0718B" w:rsidRDefault="00000000">
            <w:r>
              <w:rPr>
                <w:b/>
                <w:sz w:val="22"/>
              </w:rPr>
              <w:t>Medication</w:t>
            </w:r>
          </w:p>
        </w:tc>
        <w:tc>
          <w:tcPr>
            <w:tcW w:w="1584" w:type="dxa"/>
          </w:tcPr>
          <w:p w14:paraId="6361CAF0" w14:textId="77777777" w:rsidR="00D0718B" w:rsidRDefault="00000000">
            <w:r>
              <w:rPr>
                <w:b/>
                <w:sz w:val="22"/>
              </w:rPr>
              <w:t>Dose</w:t>
            </w:r>
          </w:p>
        </w:tc>
        <w:tc>
          <w:tcPr>
            <w:tcW w:w="1584" w:type="dxa"/>
          </w:tcPr>
          <w:p w14:paraId="39B342E9" w14:textId="77777777" w:rsidR="00D0718B" w:rsidRDefault="00000000">
            <w:r>
              <w:rPr>
                <w:b/>
                <w:sz w:val="22"/>
              </w:rPr>
              <w:t>Time</w:t>
            </w:r>
          </w:p>
        </w:tc>
        <w:tc>
          <w:tcPr>
            <w:tcW w:w="3168" w:type="dxa"/>
          </w:tcPr>
          <w:p w14:paraId="2D1AC9CD" w14:textId="77777777" w:rsidR="00D0718B" w:rsidRDefault="00000000">
            <w:r>
              <w:rPr>
                <w:b/>
                <w:sz w:val="22"/>
              </w:rPr>
              <w:t>How Given</w:t>
            </w:r>
          </w:p>
        </w:tc>
      </w:tr>
      <w:tr w:rsidR="00D0718B" w14:paraId="2DDDB9AE" w14:textId="77777777">
        <w:trPr>
          <w:jc w:val="center"/>
        </w:trPr>
        <w:tc>
          <w:tcPr>
            <w:tcW w:w="2880" w:type="dxa"/>
          </w:tcPr>
          <w:p w14:paraId="14821DBA" w14:textId="77777777" w:rsidR="00D0718B" w:rsidRDefault="00D0718B"/>
        </w:tc>
        <w:tc>
          <w:tcPr>
            <w:tcW w:w="1584" w:type="dxa"/>
          </w:tcPr>
          <w:p w14:paraId="5EBB22A3" w14:textId="77777777" w:rsidR="00D0718B" w:rsidRDefault="00D0718B"/>
        </w:tc>
        <w:tc>
          <w:tcPr>
            <w:tcW w:w="1584" w:type="dxa"/>
          </w:tcPr>
          <w:p w14:paraId="4C2CBEA6" w14:textId="77777777" w:rsidR="00D0718B" w:rsidRDefault="00D0718B"/>
        </w:tc>
        <w:tc>
          <w:tcPr>
            <w:tcW w:w="3168" w:type="dxa"/>
          </w:tcPr>
          <w:p w14:paraId="6B9AD4AC" w14:textId="77777777" w:rsidR="00D0718B" w:rsidRDefault="00D0718B"/>
        </w:tc>
      </w:tr>
      <w:tr w:rsidR="00D0718B" w14:paraId="757F660C" w14:textId="77777777">
        <w:trPr>
          <w:jc w:val="center"/>
        </w:trPr>
        <w:tc>
          <w:tcPr>
            <w:tcW w:w="2880" w:type="dxa"/>
          </w:tcPr>
          <w:p w14:paraId="2E2910F8" w14:textId="77777777" w:rsidR="00D0718B" w:rsidRDefault="00D0718B"/>
        </w:tc>
        <w:tc>
          <w:tcPr>
            <w:tcW w:w="1584" w:type="dxa"/>
          </w:tcPr>
          <w:p w14:paraId="787CBBE1" w14:textId="77777777" w:rsidR="00D0718B" w:rsidRDefault="00D0718B"/>
        </w:tc>
        <w:tc>
          <w:tcPr>
            <w:tcW w:w="1584" w:type="dxa"/>
          </w:tcPr>
          <w:p w14:paraId="64409302" w14:textId="77777777" w:rsidR="00D0718B" w:rsidRDefault="00D0718B"/>
        </w:tc>
        <w:tc>
          <w:tcPr>
            <w:tcW w:w="3168" w:type="dxa"/>
          </w:tcPr>
          <w:p w14:paraId="1C549FB3" w14:textId="77777777" w:rsidR="00D0718B" w:rsidRDefault="00D0718B"/>
        </w:tc>
      </w:tr>
      <w:tr w:rsidR="00D0718B" w14:paraId="1859A0FD" w14:textId="77777777">
        <w:trPr>
          <w:jc w:val="center"/>
        </w:trPr>
        <w:tc>
          <w:tcPr>
            <w:tcW w:w="2880" w:type="dxa"/>
          </w:tcPr>
          <w:p w14:paraId="337ADA43" w14:textId="77777777" w:rsidR="00D0718B" w:rsidRDefault="00D0718B"/>
        </w:tc>
        <w:tc>
          <w:tcPr>
            <w:tcW w:w="1584" w:type="dxa"/>
          </w:tcPr>
          <w:p w14:paraId="0B141895" w14:textId="77777777" w:rsidR="00D0718B" w:rsidRDefault="00D0718B"/>
        </w:tc>
        <w:tc>
          <w:tcPr>
            <w:tcW w:w="1584" w:type="dxa"/>
          </w:tcPr>
          <w:p w14:paraId="1CFFB03F" w14:textId="77777777" w:rsidR="00D0718B" w:rsidRDefault="00D0718B"/>
        </w:tc>
        <w:tc>
          <w:tcPr>
            <w:tcW w:w="3168" w:type="dxa"/>
          </w:tcPr>
          <w:p w14:paraId="1819297F" w14:textId="77777777" w:rsidR="00D0718B" w:rsidRDefault="00D0718B"/>
        </w:tc>
      </w:tr>
    </w:tbl>
    <w:p w14:paraId="4181D810" w14:textId="77777777" w:rsidR="00D0718B" w:rsidRDefault="00000000">
      <w:pPr>
        <w:spacing w:after="40"/>
      </w:pPr>
      <w:r>
        <w:rPr>
          <w:b/>
        </w:rPr>
        <w:t xml:space="preserve">Medications Located  </w:t>
      </w:r>
      <w:r>
        <w:t>_____________________________________________</w:t>
      </w:r>
    </w:p>
    <w:p w14:paraId="2D4AA299" w14:textId="77777777" w:rsidR="00D0718B" w:rsidRDefault="00000000">
      <w:pPr>
        <w:spacing w:after="40"/>
      </w:pPr>
      <w:r>
        <w:rPr>
          <w:b/>
        </w:rPr>
        <w:t xml:space="preserve">If a Dose Is Missed, Contact / Phone  </w:t>
      </w:r>
      <w:r>
        <w:t>_____________________________________________</w:t>
      </w:r>
    </w:p>
    <w:p w14:paraId="234C97AF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Allergies &amp; Important Reactions</w:t>
      </w:r>
    </w:p>
    <w:p w14:paraId="4C63CEB8" w14:textId="77777777" w:rsidR="00D0718B" w:rsidRDefault="00000000">
      <w:pPr>
        <w:spacing w:after="40"/>
      </w:pPr>
      <w:r>
        <w:rPr>
          <w:b/>
        </w:rPr>
        <w:t xml:space="preserve">Food Allergies  </w:t>
      </w:r>
      <w:r>
        <w:t>_____________________________________________</w:t>
      </w:r>
    </w:p>
    <w:p w14:paraId="2BFE40E3" w14:textId="77777777" w:rsidR="00D0718B" w:rsidRDefault="00000000">
      <w:pPr>
        <w:spacing w:after="40"/>
      </w:pPr>
      <w:r>
        <w:rPr>
          <w:b/>
        </w:rPr>
        <w:t xml:space="preserve">Medication Allergies  </w:t>
      </w:r>
      <w:r>
        <w:t>_____________________________________________</w:t>
      </w:r>
    </w:p>
    <w:p w14:paraId="540C0859" w14:textId="77777777" w:rsidR="00D0718B" w:rsidRDefault="00000000">
      <w:pPr>
        <w:spacing w:after="40"/>
      </w:pPr>
      <w:r>
        <w:rPr>
          <w:b/>
        </w:rPr>
        <w:t xml:space="preserve">Environmental / Other  </w:t>
      </w:r>
      <w:r>
        <w:t>_____________________________________________</w:t>
      </w:r>
    </w:p>
    <w:p w14:paraId="6CA92DE6" w14:textId="77777777" w:rsidR="00D0718B" w:rsidRDefault="00000000">
      <w:pPr>
        <w:spacing w:after="40"/>
      </w:pPr>
      <w:r>
        <w:rPr>
          <w:b/>
        </w:rPr>
        <w:t xml:space="preserve">Known Reaction / Vet Instructions  </w:t>
      </w:r>
      <w:r>
        <w:t>_____________________________________________</w:t>
      </w:r>
    </w:p>
    <w:p w14:paraId="3152BC27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Medical Information</w:t>
      </w:r>
    </w:p>
    <w:p w14:paraId="4E08F7B6" w14:textId="77777777" w:rsidR="00D0718B" w:rsidRDefault="00000000">
      <w:pPr>
        <w:spacing w:after="40"/>
      </w:pPr>
      <w:r>
        <w:rPr>
          <w:b/>
        </w:rPr>
        <w:t xml:space="preserve">Known Conditions  </w:t>
      </w:r>
      <w:r>
        <w:t>_____________________________________________</w:t>
      </w:r>
    </w:p>
    <w:p w14:paraId="4913EF43" w14:textId="77777777" w:rsidR="00D0718B" w:rsidRDefault="00000000">
      <w:pPr>
        <w:spacing w:after="40"/>
      </w:pPr>
      <w:r>
        <w:rPr>
          <w:b/>
        </w:rPr>
        <w:t xml:space="preserve">Major Surgery / Injury  </w:t>
      </w:r>
      <w:r>
        <w:t>_____________________________________________</w:t>
      </w:r>
    </w:p>
    <w:p w14:paraId="1CCEB7A2" w14:textId="77777777" w:rsidR="00D0718B" w:rsidRDefault="00000000">
      <w:pPr>
        <w:spacing w:after="40"/>
      </w:pPr>
      <w:r>
        <w:rPr>
          <w:b/>
        </w:rPr>
        <w:t xml:space="preserve">Mobility / Physical Limitations  </w:t>
      </w:r>
      <w:r>
        <w:t>_____________________________________________</w:t>
      </w:r>
    </w:p>
    <w:p w14:paraId="38EAE408" w14:textId="5CDADD5E" w:rsidR="00D0718B" w:rsidRDefault="00000000" w:rsidP="00461299">
      <w:pPr>
        <w:spacing w:after="40"/>
      </w:pPr>
      <w:r>
        <w:rPr>
          <w:b/>
        </w:rPr>
        <w:t xml:space="preserve">Call Me or the Veterinarian </w:t>
      </w:r>
      <w:proofErr w:type="gramStart"/>
      <w:r>
        <w:rPr>
          <w:b/>
        </w:rPr>
        <w:t xml:space="preserve">If  </w:t>
      </w:r>
      <w:r>
        <w:t>_</w:t>
      </w:r>
      <w:proofErr w:type="gramEnd"/>
      <w:r>
        <w:t>__________________________</w:t>
      </w:r>
      <w:r w:rsidRPr="00461299">
        <w:rPr>
          <w:u w:val="single"/>
        </w:rPr>
        <w:t>_</w:t>
      </w:r>
      <w:r w:rsidR="00461299" w:rsidRPr="00461299">
        <w:rPr>
          <w:u w:val="single"/>
        </w:rPr>
        <w:t xml:space="preserve">            </w:t>
      </w:r>
      <w:proofErr w:type="gramStart"/>
      <w:r w:rsidR="00461299" w:rsidRPr="00461299">
        <w:rPr>
          <w:u w:val="single"/>
        </w:rPr>
        <w:t xml:space="preserve">   </w:t>
      </w:r>
      <w:r w:rsidR="00461299">
        <w:t>(</w:t>
      </w:r>
      <w:proofErr w:type="gramEnd"/>
      <w:r w:rsidR="00461299">
        <w:t>See Vet Section)</w:t>
      </w:r>
      <w:r>
        <w:br w:type="page"/>
      </w:r>
    </w:p>
    <w:p w14:paraId="263ACCAB" w14:textId="77777777" w:rsidR="00D0718B" w:rsidRDefault="00000000">
      <w:pPr>
        <w:pBdr>
          <w:bottom w:val="single" w:sz="12" w:space="4" w:color="B87E20"/>
        </w:pBdr>
        <w:spacing w:after="520"/>
      </w:pPr>
      <w:r>
        <w:rPr>
          <w:rFonts w:ascii="Georgia" w:hAnsi="Georgia"/>
          <w:b/>
          <w:color w:val="1D3445"/>
          <w:sz w:val="44"/>
        </w:rPr>
        <w:lastRenderedPageBreak/>
        <w:t>GROUP &amp; SPECIALTY ANIMAL CARE — CARE INSTRUCTIONS</w:t>
      </w:r>
    </w:p>
    <w:p w14:paraId="38CA73B8" w14:textId="77777777" w:rsidR="00D0718B" w:rsidRDefault="00000000">
      <w:r>
        <w:rPr>
          <w:i/>
        </w:rPr>
        <w:t>Print this 2-page set for each group as needed.</w:t>
      </w:r>
    </w:p>
    <w:p w14:paraId="49C62B24" w14:textId="77777777" w:rsidR="00D0718B" w:rsidRDefault="00000000">
      <w:pPr>
        <w:spacing w:after="40"/>
      </w:pPr>
      <w:r>
        <w:rPr>
          <w:b/>
        </w:rPr>
        <w:t xml:space="preserve">Animal Type  </w:t>
      </w:r>
      <w:r>
        <w:t>_____________________________________________</w:t>
      </w:r>
    </w:p>
    <w:p w14:paraId="5271E0FD" w14:textId="77777777" w:rsidR="00D0718B" w:rsidRDefault="00000000">
      <w:pPr>
        <w:spacing w:after="40"/>
      </w:pPr>
      <w:r>
        <w:rPr>
          <w:b/>
        </w:rPr>
        <w:t xml:space="preserve">Group Name  </w:t>
      </w:r>
      <w:r>
        <w:t>_____________________________________________</w:t>
      </w:r>
    </w:p>
    <w:p w14:paraId="75D12CBD" w14:textId="77777777" w:rsidR="00D0718B" w:rsidRDefault="00000000">
      <w:pPr>
        <w:spacing w:after="40"/>
      </w:pPr>
      <w:r>
        <w:rPr>
          <w:b/>
        </w:rPr>
        <w:t xml:space="preserve">Number of Animals  </w:t>
      </w:r>
      <w:r>
        <w:t>_____________________________________________</w:t>
      </w:r>
    </w:p>
    <w:p w14:paraId="74AE3EE6" w14:textId="77777777" w:rsidR="00D0718B" w:rsidRDefault="00000000">
      <w:pPr>
        <w:spacing w:after="40"/>
      </w:pPr>
      <w:r>
        <w:rPr>
          <w:b/>
        </w:rPr>
        <w:t xml:space="preserve">Location / Enclosure  </w:t>
      </w:r>
      <w:r>
        <w:t>_____________________________________________</w:t>
      </w:r>
    </w:p>
    <w:p w14:paraId="5BB001A7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Daily Care</w:t>
      </w:r>
    </w:p>
    <w:p w14:paraId="0A3C4681" w14:textId="77777777" w:rsidR="00D0718B" w:rsidRDefault="00000000">
      <w:pPr>
        <w:spacing w:after="40"/>
      </w:pPr>
      <w:r>
        <w:rPr>
          <w:b/>
        </w:rPr>
        <w:t xml:space="preserve">Morning  </w:t>
      </w:r>
      <w:r>
        <w:t>_____________________________________________</w:t>
      </w:r>
    </w:p>
    <w:p w14:paraId="45696661" w14:textId="77777777" w:rsidR="00D0718B" w:rsidRDefault="00000000">
      <w:pPr>
        <w:spacing w:after="40"/>
      </w:pPr>
      <w:r>
        <w:rPr>
          <w:b/>
        </w:rPr>
        <w:t xml:space="preserve">Afternoon  </w:t>
      </w:r>
      <w:r>
        <w:t>_____________________________________________</w:t>
      </w:r>
    </w:p>
    <w:p w14:paraId="778974D2" w14:textId="77777777" w:rsidR="00D0718B" w:rsidRDefault="00000000">
      <w:pPr>
        <w:spacing w:after="40"/>
      </w:pPr>
      <w:r>
        <w:rPr>
          <w:b/>
        </w:rPr>
        <w:t xml:space="preserve">Evening  </w:t>
      </w:r>
      <w:r>
        <w:t>_____________________________________________</w:t>
      </w:r>
    </w:p>
    <w:p w14:paraId="6F539778" w14:textId="77777777" w:rsidR="00D0718B" w:rsidRDefault="00000000">
      <w:pPr>
        <w:spacing w:after="40"/>
      </w:pPr>
      <w:r>
        <w:rPr>
          <w:b/>
        </w:rPr>
        <w:t xml:space="preserve">Other Routine / Frequency  </w:t>
      </w:r>
      <w:r>
        <w:t>_____________________________________________</w:t>
      </w:r>
    </w:p>
    <w:p w14:paraId="74E6C81B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Food</w:t>
      </w:r>
    </w:p>
    <w:p w14:paraId="5497BB34" w14:textId="77777777" w:rsidR="00D0718B" w:rsidRDefault="00000000">
      <w:pPr>
        <w:spacing w:after="40"/>
      </w:pPr>
      <w:r>
        <w:rPr>
          <w:b/>
        </w:rPr>
        <w:t xml:space="preserve">Food / Brand / Type  </w:t>
      </w:r>
      <w:r>
        <w:t>_____________________________________________</w:t>
      </w:r>
    </w:p>
    <w:p w14:paraId="5BF59C6C" w14:textId="77777777" w:rsidR="00D0718B" w:rsidRDefault="00000000">
      <w:pPr>
        <w:spacing w:after="40"/>
      </w:pPr>
      <w:r>
        <w:rPr>
          <w:b/>
        </w:rPr>
        <w:t xml:space="preserve">Amount  </w:t>
      </w:r>
      <w:r>
        <w:t>_____________________________________________</w:t>
      </w:r>
    </w:p>
    <w:p w14:paraId="787EAF9A" w14:textId="77777777" w:rsidR="00D0718B" w:rsidRDefault="00000000">
      <w:pPr>
        <w:spacing w:after="40"/>
      </w:pPr>
      <w:r>
        <w:rPr>
          <w:b/>
        </w:rPr>
        <w:t xml:space="preserve">Feeding Frequency  </w:t>
      </w:r>
      <w:r>
        <w:t>_____________________________________________</w:t>
      </w:r>
    </w:p>
    <w:p w14:paraId="2F239504" w14:textId="77777777" w:rsidR="00D0718B" w:rsidRDefault="00000000">
      <w:pPr>
        <w:spacing w:after="40"/>
      </w:pPr>
      <w:r>
        <w:rPr>
          <w:b/>
        </w:rPr>
        <w:t xml:space="preserve">Food Location  </w:t>
      </w:r>
      <w:r>
        <w:t>_____________________________________________</w:t>
      </w:r>
    </w:p>
    <w:p w14:paraId="03188DDA" w14:textId="77777777" w:rsidR="00D0718B" w:rsidRDefault="00000000">
      <w:pPr>
        <w:spacing w:after="40"/>
      </w:pPr>
      <w:r>
        <w:rPr>
          <w:b/>
        </w:rPr>
        <w:t xml:space="preserve">Do NOT Feed  </w:t>
      </w:r>
      <w:r>
        <w:t>_____________________________________________</w:t>
      </w:r>
    </w:p>
    <w:p w14:paraId="60069E0A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Water</w:t>
      </w:r>
    </w:p>
    <w:p w14:paraId="78E9C82A" w14:textId="77777777" w:rsidR="00D0718B" w:rsidRDefault="00000000">
      <w:pPr>
        <w:spacing w:after="40"/>
      </w:pPr>
      <w:r>
        <w:rPr>
          <w:b/>
        </w:rPr>
        <w:t xml:space="preserve">Water Source / Location  </w:t>
      </w:r>
      <w:r>
        <w:t>_____________________________________________</w:t>
      </w:r>
    </w:p>
    <w:p w14:paraId="3BB0DEA1" w14:textId="77777777" w:rsidR="00D0718B" w:rsidRDefault="00000000">
      <w:pPr>
        <w:spacing w:after="40"/>
      </w:pPr>
      <w:r>
        <w:rPr>
          <w:b/>
        </w:rPr>
        <w:t xml:space="preserve">Refill / Cleaning Instructions  </w:t>
      </w:r>
      <w:r>
        <w:t>_____________________________________________</w:t>
      </w:r>
    </w:p>
    <w:p w14:paraId="0B59AB92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Supplements &amp; Routine Supplies</w:t>
      </w:r>
    </w:p>
    <w:p w14:paraId="0A17B4CB" w14:textId="77777777" w:rsidR="00D0718B" w:rsidRDefault="00000000">
      <w:pPr>
        <w:spacing w:after="40"/>
      </w:pPr>
      <w:r>
        <w:rPr>
          <w:b/>
        </w:rPr>
        <w:t xml:space="preserve">Supplements / Minerals  </w:t>
      </w:r>
      <w:r>
        <w:t>_____________________________________________</w:t>
      </w:r>
    </w:p>
    <w:p w14:paraId="4A7F7E6D" w14:textId="77777777" w:rsidR="00D0718B" w:rsidRDefault="00000000">
      <w:pPr>
        <w:spacing w:after="40"/>
      </w:pPr>
      <w:r>
        <w:rPr>
          <w:b/>
        </w:rPr>
        <w:t xml:space="preserve">Amount / Frequency  </w:t>
      </w:r>
      <w:r>
        <w:t>_____________________________________________</w:t>
      </w:r>
    </w:p>
    <w:p w14:paraId="1821FBA9" w14:textId="77777777" w:rsidR="00D0718B" w:rsidRDefault="00000000">
      <w:pPr>
        <w:spacing w:after="40"/>
      </w:pPr>
      <w:r>
        <w:rPr>
          <w:b/>
        </w:rPr>
        <w:t xml:space="preserve">Supplies Located  </w:t>
      </w:r>
      <w:r>
        <w:t>_____________________________________________</w:t>
      </w:r>
    </w:p>
    <w:p w14:paraId="6AC0309F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Care Notes</w:t>
      </w:r>
    </w:p>
    <w:p w14:paraId="6A1646BC" w14:textId="77777777" w:rsidR="00D0718B" w:rsidRDefault="00000000">
      <w:pPr>
        <w:spacing w:after="40"/>
      </w:pPr>
      <w:r>
        <w:rPr>
          <w:b/>
        </w:rPr>
        <w:t xml:space="preserve">Special Routine  </w:t>
      </w:r>
      <w:r>
        <w:t>_____________________________________________</w:t>
      </w:r>
    </w:p>
    <w:p w14:paraId="73A4879D" w14:textId="77777777" w:rsidR="00D0718B" w:rsidRDefault="00000000">
      <w:pPr>
        <w:spacing w:after="40"/>
      </w:pPr>
      <w:r>
        <w:rPr>
          <w:b/>
        </w:rPr>
        <w:t xml:space="preserve">Other Instructions  </w:t>
      </w:r>
      <w:r>
        <w:t>_____________________________________________</w:t>
      </w:r>
    </w:p>
    <w:p w14:paraId="09F392C4" w14:textId="77777777" w:rsidR="00D0718B" w:rsidRDefault="00000000">
      <w:r>
        <w:br w:type="page"/>
      </w:r>
    </w:p>
    <w:p w14:paraId="60521F13" w14:textId="77777777" w:rsidR="00D0718B" w:rsidRDefault="00000000">
      <w:pPr>
        <w:pBdr>
          <w:bottom w:val="single" w:sz="12" w:space="4" w:color="B87E20"/>
        </w:pBdr>
        <w:spacing w:after="520"/>
      </w:pPr>
      <w:r>
        <w:rPr>
          <w:rFonts w:ascii="Georgia" w:hAnsi="Georgia"/>
          <w:b/>
          <w:color w:val="1D3445"/>
          <w:sz w:val="44"/>
        </w:rPr>
        <w:lastRenderedPageBreak/>
        <w:t>GROUP &amp; SPECIALTY ANIMAL CARE — HEALTH &amp; EMERGENCY</w:t>
      </w:r>
    </w:p>
    <w:p w14:paraId="497F0CBE" w14:textId="77777777" w:rsidR="00D0718B" w:rsidRDefault="00000000">
      <w:r>
        <w:rPr>
          <w:i/>
        </w:rPr>
        <w:t>Keep this page with the matching Care Instructions page.</w:t>
      </w:r>
    </w:p>
    <w:p w14:paraId="2A18C3FE" w14:textId="77777777" w:rsidR="00D0718B" w:rsidRDefault="00000000">
      <w:pPr>
        <w:spacing w:after="40"/>
      </w:pPr>
      <w:r>
        <w:rPr>
          <w:b/>
        </w:rPr>
        <w:t xml:space="preserve">Animal Type / Group Name  </w:t>
      </w:r>
      <w:r>
        <w:t>_____________________________________________</w:t>
      </w:r>
    </w:p>
    <w:p w14:paraId="1323C17D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Enclosure &amp; Environment</w:t>
      </w:r>
    </w:p>
    <w:p w14:paraId="5DC2A68F" w14:textId="77777777" w:rsidR="00D0718B" w:rsidRDefault="00000000">
      <w:pPr>
        <w:spacing w:after="40"/>
      </w:pPr>
      <w:r>
        <w:rPr>
          <w:b/>
        </w:rPr>
        <w:t xml:space="preserve">Cleaning / Bedding / Substrate  </w:t>
      </w:r>
      <w:r>
        <w:t>_____________________________________________</w:t>
      </w:r>
    </w:p>
    <w:p w14:paraId="0F7CA71A" w14:textId="77777777" w:rsidR="00D0718B" w:rsidRDefault="00000000">
      <w:pPr>
        <w:spacing w:after="40"/>
      </w:pPr>
      <w:r>
        <w:rPr>
          <w:b/>
        </w:rPr>
        <w:t xml:space="preserve">Temperature / Heat  </w:t>
      </w:r>
      <w:r>
        <w:t>_____________________________________________</w:t>
      </w:r>
    </w:p>
    <w:p w14:paraId="3C233A2E" w14:textId="77777777" w:rsidR="00D0718B" w:rsidRDefault="00000000">
      <w:pPr>
        <w:spacing w:after="40"/>
      </w:pPr>
      <w:r>
        <w:rPr>
          <w:b/>
        </w:rPr>
        <w:t xml:space="preserve">Lighting / Humidity  </w:t>
      </w:r>
      <w:r>
        <w:t>_____________________________________________</w:t>
      </w:r>
    </w:p>
    <w:p w14:paraId="2E7BD738" w14:textId="77777777" w:rsidR="00D0718B" w:rsidRDefault="00000000">
      <w:pPr>
        <w:spacing w:after="40"/>
      </w:pPr>
      <w:r>
        <w:rPr>
          <w:b/>
        </w:rPr>
        <w:t xml:space="preserve">Fencing / Gate / Enclosure  </w:t>
      </w:r>
      <w:r>
        <w:t>_____________________________________________</w:t>
      </w:r>
    </w:p>
    <w:p w14:paraId="5FFC5762" w14:textId="77777777" w:rsidR="00D0718B" w:rsidRDefault="00000000">
      <w:pPr>
        <w:spacing w:after="40"/>
      </w:pPr>
      <w:r>
        <w:rPr>
          <w:b/>
        </w:rPr>
        <w:t xml:space="preserve">Equipment That Must Remain On  </w:t>
      </w:r>
      <w:r>
        <w:t>_____________________________________________</w:t>
      </w:r>
    </w:p>
    <w:p w14:paraId="6EB134D9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Health &amp; Safety</w:t>
      </w:r>
    </w:p>
    <w:p w14:paraId="1F455867" w14:textId="77777777" w:rsidR="00D0718B" w:rsidRDefault="00000000">
      <w:pPr>
        <w:spacing w:after="40"/>
      </w:pPr>
      <w:r>
        <w:rPr>
          <w:b/>
        </w:rPr>
        <w:t xml:space="preserve">Allergies / Sensitivities  </w:t>
      </w:r>
      <w:r>
        <w:t>_____________________________________________</w:t>
      </w:r>
    </w:p>
    <w:p w14:paraId="425D2CBA" w14:textId="77777777" w:rsidR="00D0718B" w:rsidRDefault="00000000">
      <w:pPr>
        <w:spacing w:after="40"/>
      </w:pPr>
      <w:r>
        <w:rPr>
          <w:b/>
        </w:rPr>
        <w:t xml:space="preserve">Medications / Treatments  </w:t>
      </w:r>
      <w:r>
        <w:t>_____________________________________________</w:t>
      </w:r>
    </w:p>
    <w:p w14:paraId="0B89B616" w14:textId="77777777" w:rsidR="00D0718B" w:rsidRDefault="00000000">
      <w:pPr>
        <w:spacing w:after="40"/>
      </w:pPr>
      <w:r>
        <w:rPr>
          <w:b/>
        </w:rPr>
        <w:t xml:space="preserve">Normal Behavior  </w:t>
      </w:r>
      <w:r>
        <w:t>_____________________________________________</w:t>
      </w:r>
    </w:p>
    <w:p w14:paraId="3D1B2DA7" w14:textId="77777777" w:rsidR="00D0718B" w:rsidRDefault="00000000">
      <w:pPr>
        <w:spacing w:after="40"/>
      </w:pPr>
      <w:r>
        <w:rPr>
          <w:b/>
        </w:rPr>
        <w:t xml:space="preserve">Signs Something May Be Wrong  </w:t>
      </w:r>
      <w:r>
        <w:t>_____________________________________________</w:t>
      </w:r>
    </w:p>
    <w:p w14:paraId="56B33A55" w14:textId="77777777" w:rsidR="00D0718B" w:rsidRDefault="00000000">
      <w:pPr>
        <w:spacing w:after="40"/>
      </w:pPr>
      <w:r>
        <w:rPr>
          <w:b/>
        </w:rPr>
        <w:t xml:space="preserve">Handling Precautions / Do NOT  </w:t>
      </w:r>
      <w:r>
        <w:t>_____________________________________________</w:t>
      </w:r>
    </w:p>
    <w:p w14:paraId="34D1A07A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Counting &amp; Daily Checks</w:t>
      </w:r>
    </w:p>
    <w:p w14:paraId="69063ABD" w14:textId="77777777" w:rsidR="00D0718B" w:rsidRDefault="00000000">
      <w:pPr>
        <w:spacing w:after="40"/>
      </w:pPr>
      <w:r>
        <w:rPr>
          <w:b/>
        </w:rPr>
        <w:t xml:space="preserve">Expected Number / How Often to Count  </w:t>
      </w:r>
      <w:r>
        <w:t>_____________________________________________</w:t>
      </w:r>
    </w:p>
    <w:p w14:paraId="2F085D5F" w14:textId="77777777" w:rsidR="00D0718B" w:rsidRDefault="00000000">
      <w:pPr>
        <w:spacing w:after="40"/>
      </w:pPr>
      <w:r>
        <w:rPr>
          <w:b/>
        </w:rPr>
        <w:t xml:space="preserve">If One Is Missing  </w:t>
      </w:r>
      <w:r>
        <w:t>_____________________________________________</w:t>
      </w:r>
    </w:p>
    <w:p w14:paraId="6EF2D0E3" w14:textId="77777777" w:rsidR="00D0718B" w:rsidRDefault="00000000">
      <w:pPr>
        <w:spacing w:after="40"/>
      </w:pPr>
      <w:r>
        <w:rPr>
          <w:b/>
        </w:rPr>
        <w:t xml:space="preserve">Items to Collect / Remove / Check  </w:t>
      </w:r>
      <w:r>
        <w:t>_____________________________________________</w:t>
      </w:r>
    </w:p>
    <w:p w14:paraId="74448A53" w14:textId="77777777" w:rsidR="00D0718B" w:rsidRDefault="00000000">
      <w:pPr>
        <w:spacing w:after="40"/>
      </w:pPr>
      <w:r>
        <w:rPr>
          <w:b/>
        </w:rPr>
        <w:t xml:space="preserve">What to Do With Them  </w:t>
      </w:r>
      <w:r>
        <w:t>_____________________________________________</w:t>
      </w:r>
    </w:p>
    <w:p w14:paraId="047B87B8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Veterinary / Emergency Contact</w:t>
      </w:r>
    </w:p>
    <w:p w14:paraId="1212512C" w14:textId="77777777" w:rsidR="00D0718B" w:rsidRDefault="00000000">
      <w:pPr>
        <w:spacing w:after="40"/>
      </w:pPr>
      <w:r>
        <w:rPr>
          <w:b/>
        </w:rPr>
        <w:t xml:space="preserve">Veterinarian / Specialist  </w:t>
      </w:r>
      <w:r>
        <w:t>_____________________________________________</w:t>
      </w:r>
    </w:p>
    <w:p w14:paraId="63C0C8B8" w14:textId="77777777" w:rsidR="00D0718B" w:rsidRDefault="00000000">
      <w:pPr>
        <w:spacing w:after="40"/>
      </w:pPr>
      <w:r>
        <w:rPr>
          <w:b/>
        </w:rPr>
        <w:t xml:space="preserve">Phone  </w:t>
      </w:r>
      <w:r>
        <w:t>_____________________________________________</w:t>
      </w:r>
    </w:p>
    <w:p w14:paraId="75E11C79" w14:textId="77777777" w:rsidR="00D0718B" w:rsidRDefault="00000000">
      <w:pPr>
        <w:spacing w:after="40"/>
      </w:pPr>
      <w:r>
        <w:rPr>
          <w:b/>
        </w:rPr>
        <w:t xml:space="preserve">Emergency Clinic / Phone  </w:t>
      </w:r>
      <w:r>
        <w:t>_____________________________________________</w:t>
      </w:r>
    </w:p>
    <w:p w14:paraId="35FF020E" w14:textId="0F4C94B8" w:rsidR="00D0718B" w:rsidRDefault="00000000" w:rsidP="00461299">
      <w:pPr>
        <w:spacing w:before="100" w:after="40"/>
      </w:pPr>
      <w:r>
        <w:rPr>
          <w:b/>
          <w:color w:val="1D3445"/>
          <w:sz w:val="28"/>
        </w:rPr>
        <w:t>Emergency Instructions</w:t>
      </w:r>
      <w:r>
        <w:t>________________________________________________________</w:t>
      </w:r>
    </w:p>
    <w:p w14:paraId="12FEAFDA" w14:textId="54768EAD" w:rsidR="00D0718B" w:rsidRDefault="00000000">
      <w:pPr>
        <w:spacing w:after="40"/>
      </w:pPr>
      <w:r>
        <w:t>_________________________________________________________________</w:t>
      </w:r>
      <w:r w:rsidR="00461299">
        <w:t>_____________</w:t>
      </w:r>
      <w:r>
        <w:t>_____</w:t>
      </w:r>
    </w:p>
    <w:p w14:paraId="4FACECBA" w14:textId="77777777" w:rsidR="00D0718B" w:rsidRDefault="00000000">
      <w:r>
        <w:br w:type="page"/>
      </w:r>
    </w:p>
    <w:p w14:paraId="38026DB1" w14:textId="77777777" w:rsidR="00D0718B" w:rsidRDefault="00000000">
      <w:pPr>
        <w:pBdr>
          <w:bottom w:val="single" w:sz="12" w:space="4" w:color="B87E20"/>
        </w:pBdr>
        <w:spacing w:after="520"/>
      </w:pPr>
      <w:r>
        <w:rPr>
          <w:rFonts w:ascii="Georgia" w:hAnsi="Georgia"/>
          <w:b/>
          <w:color w:val="1D3445"/>
          <w:sz w:val="44"/>
        </w:rPr>
        <w:lastRenderedPageBreak/>
        <w:t>EMERGENCY &amp; EVACUATION PLAN</w:t>
      </w:r>
    </w:p>
    <w:p w14:paraId="5036FC23" w14:textId="77777777" w:rsidR="00D0718B" w:rsidRDefault="00000000">
      <w:r>
        <w:rPr>
          <w:b/>
        </w:rPr>
        <w:t>In an immediate life-threatening emergency, call 911.</w:t>
      </w:r>
    </w:p>
    <w:p w14:paraId="6873A693" w14:textId="77777777" w:rsidR="00D0718B" w:rsidRDefault="00000000">
      <w:pPr>
        <w:spacing w:after="40"/>
      </w:pPr>
      <w:r>
        <w:rPr>
          <w:b/>
        </w:rPr>
        <w:t xml:space="preserve">Owner / Phone  </w:t>
      </w:r>
      <w:r>
        <w:t>_____________________________________________</w:t>
      </w:r>
    </w:p>
    <w:p w14:paraId="37CA49C4" w14:textId="77777777" w:rsidR="00D0718B" w:rsidRDefault="00000000">
      <w:pPr>
        <w:spacing w:after="40"/>
      </w:pPr>
      <w:r>
        <w:rPr>
          <w:b/>
        </w:rPr>
        <w:t xml:space="preserve">Primary Emergency Contact / Phone  </w:t>
      </w:r>
      <w:r>
        <w:t>_____________________________________________</w:t>
      </w:r>
    </w:p>
    <w:p w14:paraId="667CC169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Evacuation Destination</w:t>
      </w:r>
    </w:p>
    <w:p w14:paraId="5B14D7D9" w14:textId="77777777" w:rsidR="00D0718B" w:rsidRDefault="00000000">
      <w:pPr>
        <w:spacing w:after="40"/>
      </w:pPr>
      <w:r>
        <w:rPr>
          <w:b/>
        </w:rPr>
        <w:t xml:space="preserve">Primary Location / Address / Phone  </w:t>
      </w:r>
      <w:r>
        <w:t>_____________________________________________</w:t>
      </w:r>
    </w:p>
    <w:p w14:paraId="49A97F97" w14:textId="77777777" w:rsidR="00D0718B" w:rsidRDefault="00000000">
      <w:pPr>
        <w:spacing w:after="40"/>
      </w:pPr>
      <w:r>
        <w:rPr>
          <w:b/>
        </w:rPr>
        <w:t xml:space="preserve">Alternate Location / Address / Phone  </w:t>
      </w:r>
      <w:r>
        <w:t>_____________________________________________</w:t>
      </w:r>
    </w:p>
    <w:p w14:paraId="0690A2F1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Transportation</w:t>
      </w:r>
    </w:p>
    <w:p w14:paraId="75C7BE48" w14:textId="77777777" w:rsidR="00D0718B" w:rsidRDefault="00000000">
      <w:pPr>
        <w:spacing w:after="40"/>
      </w:pPr>
      <w:r>
        <w:rPr>
          <w:b/>
        </w:rPr>
        <w:t xml:space="preserve">Primary Vehicle  </w:t>
      </w:r>
      <w:r>
        <w:t>_____________________________________________</w:t>
      </w:r>
    </w:p>
    <w:p w14:paraId="0ADBBBFB" w14:textId="77777777" w:rsidR="00D0718B" w:rsidRDefault="00000000">
      <w:pPr>
        <w:spacing w:after="40"/>
      </w:pPr>
      <w:r>
        <w:rPr>
          <w:b/>
        </w:rPr>
        <w:t xml:space="preserve">Person Who Can Help / Phone  </w:t>
      </w:r>
      <w:r>
        <w:t>_____________________________________________</w:t>
      </w:r>
    </w:p>
    <w:p w14:paraId="2AC74E59" w14:textId="77777777" w:rsidR="00D0718B" w:rsidRDefault="00000000">
      <w:pPr>
        <w:spacing w:after="40"/>
      </w:pPr>
      <w:r>
        <w:rPr>
          <w:b/>
        </w:rPr>
        <w:t xml:space="preserve">Carriers / Crates Location  </w:t>
      </w:r>
      <w:r>
        <w:t>_____________________________________________</w:t>
      </w:r>
    </w:p>
    <w:p w14:paraId="3B156EB8" w14:textId="77777777" w:rsidR="00D0718B" w:rsidRDefault="00000000">
      <w:pPr>
        <w:spacing w:after="40"/>
      </w:pPr>
      <w:r>
        <w:rPr>
          <w:b/>
        </w:rPr>
        <w:t xml:space="preserve">Leashes / Harnesses Location  </w:t>
      </w:r>
      <w:r>
        <w:t>_____________________________________________</w:t>
      </w:r>
    </w:p>
    <w:p w14:paraId="40456023" w14:textId="77777777" w:rsidR="00D0718B" w:rsidRDefault="00000000">
      <w:pPr>
        <w:spacing w:after="40"/>
      </w:pPr>
      <w:r>
        <w:rPr>
          <w:b/>
        </w:rPr>
        <w:t xml:space="preserve">Horse / Livestock Trailer Information  </w:t>
      </w:r>
      <w:r>
        <w:t>_____________________________________________</w:t>
      </w:r>
    </w:p>
    <w:p w14:paraId="4085E9A5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Evacuation Supplies</w:t>
      </w:r>
    </w:p>
    <w:p w14:paraId="6C612AFE" w14:textId="77777777" w:rsidR="00D0718B" w:rsidRDefault="00000000">
      <w:pPr>
        <w:spacing w:after="40"/>
      </w:pPr>
      <w:r>
        <w:t>☐ Food    ☐ Water    ☐ Bowls    ☐ Medications    ☐ Leashes/Harnesses</w:t>
      </w:r>
    </w:p>
    <w:p w14:paraId="66BB3A1F" w14:textId="77777777" w:rsidR="00D0718B" w:rsidRDefault="00000000">
      <w:pPr>
        <w:spacing w:after="40"/>
      </w:pPr>
      <w:r>
        <w:t>☐ Carriers/Crates    ☐ Records    ☐ First Aid    ☐ Waste Supplies    ☐ Bedding</w:t>
      </w:r>
    </w:p>
    <w:p w14:paraId="37B1AE2C" w14:textId="77777777" w:rsidR="00D0718B" w:rsidRDefault="00000000">
      <w:pPr>
        <w:spacing w:after="40"/>
      </w:pPr>
      <w:r>
        <w:rPr>
          <w:b/>
        </w:rPr>
        <w:t xml:space="preserve">Supply Location  </w:t>
      </w:r>
      <w:r>
        <w:t>_____________________________________________</w:t>
      </w:r>
    </w:p>
    <w:p w14:paraId="3673B1F1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Special Evacuation Help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336"/>
      </w:tblGrid>
      <w:tr w:rsidR="00D0718B" w14:paraId="35B3A618" w14:textId="77777777">
        <w:trPr>
          <w:jc w:val="center"/>
        </w:trPr>
        <w:tc>
          <w:tcPr>
            <w:tcW w:w="2880" w:type="dxa"/>
          </w:tcPr>
          <w:p w14:paraId="0F7E29DE" w14:textId="77777777" w:rsidR="00D0718B" w:rsidRDefault="00000000">
            <w:r>
              <w:rPr>
                <w:b/>
                <w:sz w:val="22"/>
              </w:rPr>
              <w:t>Pet / Animal</w:t>
            </w:r>
          </w:p>
        </w:tc>
        <w:tc>
          <w:tcPr>
            <w:tcW w:w="6336" w:type="dxa"/>
          </w:tcPr>
          <w:p w14:paraId="7618EFC7" w14:textId="77777777" w:rsidR="00D0718B" w:rsidRDefault="00000000">
            <w:r>
              <w:rPr>
                <w:b/>
                <w:sz w:val="22"/>
              </w:rPr>
              <w:t>Special Instructions</w:t>
            </w:r>
          </w:p>
        </w:tc>
      </w:tr>
      <w:tr w:rsidR="00D0718B" w14:paraId="20509A98" w14:textId="77777777">
        <w:trPr>
          <w:jc w:val="center"/>
        </w:trPr>
        <w:tc>
          <w:tcPr>
            <w:tcW w:w="2880" w:type="dxa"/>
          </w:tcPr>
          <w:p w14:paraId="47F7C9D9" w14:textId="77777777" w:rsidR="00D0718B" w:rsidRDefault="00D0718B"/>
        </w:tc>
        <w:tc>
          <w:tcPr>
            <w:tcW w:w="6336" w:type="dxa"/>
          </w:tcPr>
          <w:p w14:paraId="08076F97" w14:textId="77777777" w:rsidR="00D0718B" w:rsidRDefault="00D0718B"/>
        </w:tc>
      </w:tr>
      <w:tr w:rsidR="00D0718B" w14:paraId="30DCA5CB" w14:textId="77777777">
        <w:trPr>
          <w:jc w:val="center"/>
        </w:trPr>
        <w:tc>
          <w:tcPr>
            <w:tcW w:w="2880" w:type="dxa"/>
          </w:tcPr>
          <w:p w14:paraId="4F478F89" w14:textId="77777777" w:rsidR="00D0718B" w:rsidRDefault="00D0718B"/>
        </w:tc>
        <w:tc>
          <w:tcPr>
            <w:tcW w:w="6336" w:type="dxa"/>
          </w:tcPr>
          <w:p w14:paraId="075A5E34" w14:textId="77777777" w:rsidR="00D0718B" w:rsidRDefault="00D0718B"/>
        </w:tc>
      </w:tr>
    </w:tbl>
    <w:p w14:paraId="1BD1195E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Animals That Must Be Separated</w:t>
      </w:r>
    </w:p>
    <w:p w14:paraId="3FC6DC9A" w14:textId="77777777" w:rsidR="00D0718B" w:rsidRDefault="00000000">
      <w:pPr>
        <w:spacing w:after="40"/>
      </w:pPr>
      <w:r>
        <w:rPr>
          <w:b/>
        </w:rPr>
        <w:t xml:space="preserve">Animals / Reason / Instructions  </w:t>
      </w:r>
      <w:r>
        <w:t>_____________________________________________</w:t>
      </w:r>
    </w:p>
    <w:p w14:paraId="4B09D54A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If I Cannot Return Home</w:t>
      </w:r>
    </w:p>
    <w:p w14:paraId="53484D73" w14:textId="77777777" w:rsidR="00D0718B" w:rsidRDefault="00000000">
      <w:pPr>
        <w:spacing w:after="40"/>
      </w:pPr>
      <w:r>
        <w:rPr>
          <w:b/>
        </w:rPr>
        <w:t xml:space="preserve">Temporary Care Person / Phone  </w:t>
      </w:r>
      <w:r>
        <w:t>_____________________________________________</w:t>
      </w:r>
    </w:p>
    <w:p w14:paraId="17D01F41" w14:textId="77777777" w:rsidR="00D0718B" w:rsidRDefault="00000000">
      <w:pPr>
        <w:spacing w:after="40"/>
      </w:pPr>
      <w:r>
        <w:rPr>
          <w:b/>
        </w:rPr>
        <w:t xml:space="preserve">Backup Person / Phone  </w:t>
      </w:r>
      <w:r>
        <w:t>_____________________________________________</w:t>
      </w:r>
    </w:p>
    <w:p w14:paraId="264BB85D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Important Documents</w:t>
      </w:r>
    </w:p>
    <w:p w14:paraId="41EC80A8" w14:textId="77777777" w:rsidR="00D0718B" w:rsidRDefault="00000000">
      <w:pPr>
        <w:spacing w:after="40"/>
      </w:pPr>
      <w:r>
        <w:rPr>
          <w:b/>
        </w:rPr>
        <w:t xml:space="preserve">Pet / Vaccination Records  </w:t>
      </w:r>
      <w:r>
        <w:t>_____________________________________________</w:t>
      </w:r>
    </w:p>
    <w:p w14:paraId="15F0BEEA" w14:textId="77777777" w:rsidR="00461299" w:rsidRDefault="00000000" w:rsidP="00461299">
      <w:pPr>
        <w:spacing w:after="40"/>
      </w:pPr>
      <w:r>
        <w:rPr>
          <w:b/>
        </w:rPr>
        <w:t xml:space="preserve">Insurance / Ownership </w:t>
      </w:r>
      <w:proofErr w:type="gramStart"/>
      <w:r>
        <w:rPr>
          <w:b/>
        </w:rPr>
        <w:t xml:space="preserve">Records  </w:t>
      </w:r>
      <w:r>
        <w:t>_</w:t>
      </w:r>
      <w:proofErr w:type="gramEnd"/>
      <w:r>
        <w:t>____________________________________________</w:t>
      </w:r>
    </w:p>
    <w:p w14:paraId="33A1234B" w14:textId="1FEA3414" w:rsidR="00461299" w:rsidRPr="00461299" w:rsidRDefault="00461299" w:rsidP="00461299">
      <w:pPr>
        <w:pBdr>
          <w:bottom w:val="single" w:sz="12" w:space="4" w:color="B87E20"/>
        </w:pBdr>
        <w:spacing w:after="520"/>
        <w:rPr>
          <w:sz w:val="38"/>
          <w:szCs w:val="38"/>
        </w:rPr>
      </w:pPr>
      <w:r w:rsidRPr="00461299">
        <w:rPr>
          <w:rFonts w:ascii="Georgia" w:hAnsi="Georgia"/>
          <w:b/>
          <w:color w:val="1D3445"/>
          <w:sz w:val="38"/>
          <w:szCs w:val="38"/>
        </w:rPr>
        <w:lastRenderedPageBreak/>
        <w:t>VETERINARY TREATMENT AUTHORIZATION</w:t>
      </w:r>
    </w:p>
    <w:p w14:paraId="4BB68CE9" w14:textId="77777777" w:rsidR="00D0718B" w:rsidRDefault="00000000">
      <w:pPr>
        <w:spacing w:after="40"/>
      </w:pPr>
      <w:r>
        <w:rPr>
          <w:b/>
        </w:rPr>
        <w:t xml:space="preserve">Pet </w:t>
      </w:r>
      <w:proofErr w:type="gramStart"/>
      <w:r>
        <w:rPr>
          <w:b/>
        </w:rPr>
        <w:t xml:space="preserve">Owner  </w:t>
      </w:r>
      <w:r>
        <w:t>_</w:t>
      </w:r>
      <w:proofErr w:type="gramEnd"/>
      <w:r>
        <w:t>____________________________________________</w:t>
      </w:r>
    </w:p>
    <w:p w14:paraId="3548995E" w14:textId="77777777" w:rsidR="00D0718B" w:rsidRDefault="00000000">
      <w:pPr>
        <w:spacing w:after="40"/>
      </w:pPr>
      <w:r>
        <w:rPr>
          <w:b/>
        </w:rPr>
        <w:t xml:space="preserve">Address  </w:t>
      </w:r>
      <w:r>
        <w:t>_____________________________________________</w:t>
      </w:r>
    </w:p>
    <w:p w14:paraId="3D307301" w14:textId="77777777" w:rsidR="00D0718B" w:rsidRDefault="00000000">
      <w:pPr>
        <w:spacing w:after="40"/>
      </w:pPr>
      <w:r>
        <w:rPr>
          <w:b/>
        </w:rPr>
        <w:t xml:space="preserve">Phone  </w:t>
      </w:r>
      <w:r>
        <w:t>_____________________________________________</w:t>
      </w:r>
    </w:p>
    <w:p w14:paraId="06B8CEA0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Authorized Caregiver</w:t>
      </w:r>
    </w:p>
    <w:p w14:paraId="7ADB7AC2" w14:textId="77777777" w:rsidR="00D0718B" w:rsidRDefault="00000000">
      <w:pPr>
        <w:spacing w:after="40"/>
      </w:pPr>
      <w:r>
        <w:rPr>
          <w:b/>
        </w:rPr>
        <w:t xml:space="preserve">Name / Relationship / Phone  </w:t>
      </w:r>
      <w:r>
        <w:t>_____________________________________________</w:t>
      </w:r>
    </w:p>
    <w:p w14:paraId="51014BE0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Alternate Authorized Person</w:t>
      </w:r>
    </w:p>
    <w:p w14:paraId="39C8C3B1" w14:textId="77777777" w:rsidR="00D0718B" w:rsidRDefault="00000000">
      <w:pPr>
        <w:spacing w:after="40"/>
      </w:pPr>
      <w:r>
        <w:rPr>
          <w:b/>
        </w:rPr>
        <w:t xml:space="preserve">Name / Relationship / Phone  </w:t>
      </w:r>
      <w:r>
        <w:t>_____________________________________________</w:t>
      </w:r>
    </w:p>
    <w:p w14:paraId="619A6FE2" w14:textId="04EEC15B" w:rsidR="00D0718B" w:rsidRDefault="00000000" w:rsidP="00461299">
      <w:pPr>
        <w:spacing w:before="100" w:after="40"/>
      </w:pPr>
      <w:r>
        <w:rPr>
          <w:b/>
          <w:color w:val="1D3445"/>
          <w:sz w:val="28"/>
        </w:rPr>
        <w:t xml:space="preserve">Animals </w:t>
      </w:r>
      <w:proofErr w:type="gramStart"/>
      <w:r>
        <w:rPr>
          <w:b/>
          <w:color w:val="1D3445"/>
          <w:sz w:val="28"/>
        </w:rPr>
        <w:t>Covered</w:t>
      </w:r>
      <w:r w:rsidR="00461299">
        <w:rPr>
          <w:b/>
          <w:color w:val="1D3445"/>
          <w:sz w:val="28"/>
        </w:rPr>
        <w:t xml:space="preserve">  </w:t>
      </w:r>
      <w:r>
        <w:t>☐</w:t>
      </w:r>
      <w:proofErr w:type="gramEnd"/>
      <w:r>
        <w:t xml:space="preserve"> All animals listed in this binder    ☐ Only these animals:</w:t>
      </w:r>
    </w:p>
    <w:p w14:paraId="7CC30B9D" w14:textId="77777777" w:rsidR="00D0718B" w:rsidRDefault="00000000">
      <w:pPr>
        <w:spacing w:after="40"/>
      </w:pPr>
      <w:r>
        <w:rPr>
          <w:b/>
        </w:rPr>
        <w:t xml:space="preserve">Animals  </w:t>
      </w:r>
      <w:r>
        <w:t>_____________________________________________</w:t>
      </w:r>
    </w:p>
    <w:p w14:paraId="61A1700F" w14:textId="77777777" w:rsidR="00D0718B" w:rsidRDefault="00000000">
      <w:r>
        <w:t>If I cannot be reached, I authorize the person named above to seek veterinary examination and treatment for my animal(s), subject to the instructions and limitations below.</w:t>
      </w:r>
    </w:p>
    <w:p w14:paraId="0954CA31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Veterinary Care</w:t>
      </w:r>
    </w:p>
    <w:p w14:paraId="14DD6C01" w14:textId="77777777" w:rsidR="00D0718B" w:rsidRDefault="00000000">
      <w:pPr>
        <w:spacing w:after="40"/>
      </w:pPr>
      <w:r>
        <w:rPr>
          <w:b/>
        </w:rPr>
        <w:t xml:space="preserve">Preferred Veterinarian / Clinic / Phone  </w:t>
      </w:r>
      <w:r>
        <w:t>_____________________________________________</w:t>
      </w:r>
    </w:p>
    <w:p w14:paraId="0D8530AB" w14:textId="77777777" w:rsidR="00D0718B" w:rsidRDefault="00000000">
      <w:pPr>
        <w:spacing w:after="40"/>
      </w:pPr>
      <w:r>
        <w:rPr>
          <w:b/>
        </w:rPr>
        <w:t xml:space="preserve">24-Hour Emergency Clinic / Phone  </w:t>
      </w:r>
      <w:r>
        <w:t>_____________________________________________</w:t>
      </w:r>
    </w:p>
    <w:p w14:paraId="49A8BC7A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Treatment &amp; Financial Instructions</w:t>
      </w:r>
    </w:p>
    <w:p w14:paraId="6953828A" w14:textId="77777777" w:rsidR="00D0718B" w:rsidRDefault="00000000">
      <w:pPr>
        <w:spacing w:after="40"/>
      </w:pPr>
      <w:r>
        <w:rPr>
          <w:b/>
        </w:rPr>
        <w:t xml:space="preserve">Other Instructions  </w:t>
      </w:r>
      <w:r>
        <w:t>_____________________________________________</w:t>
      </w:r>
    </w:p>
    <w:p w14:paraId="43C3C964" w14:textId="2E194E5F" w:rsidR="00D0718B" w:rsidRDefault="00000000">
      <w:pPr>
        <w:spacing w:after="40"/>
      </w:pPr>
      <w:r>
        <w:rPr>
          <w:b/>
        </w:rPr>
        <w:t xml:space="preserve">Maximum amount caregiver may authorize without reaching me: $ </w:t>
      </w:r>
      <w:r>
        <w:t>_______________</w:t>
      </w:r>
    </w:p>
    <w:p w14:paraId="4911D253" w14:textId="77777777" w:rsidR="00D0718B" w:rsidRDefault="00000000">
      <w:pPr>
        <w:spacing w:after="40"/>
      </w:pPr>
      <w:r>
        <w:rPr>
          <w:b/>
        </w:rPr>
        <w:t xml:space="preserve">Payment Arrangements / Instructions  </w:t>
      </w:r>
      <w:r>
        <w:t>_____________________________________________</w:t>
      </w:r>
    </w:p>
    <w:p w14:paraId="6B489189" w14:textId="7B7EDA86" w:rsidR="00D0718B" w:rsidRDefault="00000000" w:rsidP="00461299">
      <w:pPr>
        <w:spacing w:before="100" w:after="40"/>
      </w:pPr>
      <w:r>
        <w:rPr>
          <w:b/>
          <w:color w:val="1D3445"/>
          <w:sz w:val="28"/>
        </w:rPr>
        <w:t xml:space="preserve">Pet </w:t>
      </w:r>
      <w:proofErr w:type="gramStart"/>
      <w:r>
        <w:rPr>
          <w:b/>
          <w:color w:val="1D3445"/>
          <w:sz w:val="28"/>
        </w:rPr>
        <w:t>Insurance</w:t>
      </w:r>
      <w:r w:rsidR="00461299">
        <w:rPr>
          <w:b/>
          <w:color w:val="1D3445"/>
          <w:sz w:val="28"/>
        </w:rPr>
        <w:t xml:space="preserve">  </w:t>
      </w:r>
      <w:r>
        <w:t>☐</w:t>
      </w:r>
      <w:proofErr w:type="gramEnd"/>
      <w:r>
        <w:t xml:space="preserve"> Yes    ☐ No</w:t>
      </w:r>
    </w:p>
    <w:p w14:paraId="5A042383" w14:textId="77777777" w:rsidR="00D0718B" w:rsidRDefault="00000000">
      <w:pPr>
        <w:spacing w:after="40"/>
      </w:pPr>
      <w:r>
        <w:rPr>
          <w:b/>
        </w:rPr>
        <w:t xml:space="preserve">Company / Policy #  </w:t>
      </w:r>
      <w:r>
        <w:t>_____________________________________________</w:t>
      </w:r>
    </w:p>
    <w:p w14:paraId="6BD34469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Major Medical / End-of-Life Decisions</w:t>
      </w:r>
    </w:p>
    <w:p w14:paraId="22F45899" w14:textId="77777777" w:rsidR="00D0718B" w:rsidRDefault="00000000">
      <w:pPr>
        <w:spacing w:after="40"/>
      </w:pPr>
      <w:r>
        <w:rPr>
          <w:b/>
        </w:rPr>
        <w:t xml:space="preserve">Contact Person / Phone  </w:t>
      </w:r>
      <w:r>
        <w:t>_____________________________________________</w:t>
      </w:r>
    </w:p>
    <w:p w14:paraId="12F7A127" w14:textId="77777777" w:rsidR="00D0718B" w:rsidRDefault="00000000">
      <w:pPr>
        <w:spacing w:after="40"/>
      </w:pPr>
      <w:r>
        <w:rPr>
          <w:b/>
        </w:rPr>
        <w:t xml:space="preserve">My Wishes / Additional Instructions  </w:t>
      </w:r>
      <w:r>
        <w:t>_____________________________________________</w:t>
      </w:r>
    </w:p>
    <w:p w14:paraId="40EE1827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Owner Authorization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4320"/>
        <w:gridCol w:w="2016"/>
      </w:tblGrid>
      <w:tr w:rsidR="00D0718B" w14:paraId="2351E5CA" w14:textId="77777777">
        <w:trPr>
          <w:jc w:val="center"/>
        </w:trPr>
        <w:tc>
          <w:tcPr>
            <w:tcW w:w="2880" w:type="dxa"/>
          </w:tcPr>
          <w:p w14:paraId="092178D9" w14:textId="77777777" w:rsidR="00D0718B" w:rsidRDefault="00000000">
            <w:r>
              <w:rPr>
                <w:b/>
                <w:sz w:val="22"/>
              </w:rPr>
              <w:t>Owner / Caregiver</w:t>
            </w:r>
          </w:p>
        </w:tc>
        <w:tc>
          <w:tcPr>
            <w:tcW w:w="4320" w:type="dxa"/>
          </w:tcPr>
          <w:p w14:paraId="6425C6CA" w14:textId="77777777" w:rsidR="00D0718B" w:rsidRDefault="00000000">
            <w:r>
              <w:rPr>
                <w:b/>
                <w:sz w:val="22"/>
              </w:rPr>
              <w:t>Signature</w:t>
            </w:r>
          </w:p>
        </w:tc>
        <w:tc>
          <w:tcPr>
            <w:tcW w:w="2016" w:type="dxa"/>
          </w:tcPr>
          <w:p w14:paraId="184828CC" w14:textId="77777777" w:rsidR="00D0718B" w:rsidRDefault="00000000">
            <w:r>
              <w:rPr>
                <w:b/>
                <w:sz w:val="22"/>
              </w:rPr>
              <w:t>Date</w:t>
            </w:r>
          </w:p>
        </w:tc>
      </w:tr>
      <w:tr w:rsidR="00D0718B" w14:paraId="4A843C58" w14:textId="77777777">
        <w:trPr>
          <w:jc w:val="center"/>
        </w:trPr>
        <w:tc>
          <w:tcPr>
            <w:tcW w:w="2880" w:type="dxa"/>
          </w:tcPr>
          <w:p w14:paraId="17E93B65" w14:textId="77777777" w:rsidR="00D0718B" w:rsidRDefault="00000000">
            <w:r>
              <w:rPr>
                <w:sz w:val="22"/>
              </w:rPr>
              <w:t>Owner:</w:t>
            </w:r>
          </w:p>
        </w:tc>
        <w:tc>
          <w:tcPr>
            <w:tcW w:w="4320" w:type="dxa"/>
          </w:tcPr>
          <w:p w14:paraId="69985054" w14:textId="77777777" w:rsidR="00D0718B" w:rsidRDefault="00D0718B"/>
        </w:tc>
        <w:tc>
          <w:tcPr>
            <w:tcW w:w="2016" w:type="dxa"/>
          </w:tcPr>
          <w:p w14:paraId="134EA107" w14:textId="77777777" w:rsidR="00D0718B" w:rsidRDefault="00D0718B"/>
        </w:tc>
      </w:tr>
      <w:tr w:rsidR="00D0718B" w14:paraId="0A4F9076" w14:textId="77777777">
        <w:trPr>
          <w:jc w:val="center"/>
        </w:trPr>
        <w:tc>
          <w:tcPr>
            <w:tcW w:w="2880" w:type="dxa"/>
          </w:tcPr>
          <w:p w14:paraId="4E0BDBA7" w14:textId="77777777" w:rsidR="00D0718B" w:rsidRDefault="00000000">
            <w:r>
              <w:rPr>
                <w:sz w:val="22"/>
              </w:rPr>
              <w:t>Authorized Caregiver:</w:t>
            </w:r>
          </w:p>
        </w:tc>
        <w:tc>
          <w:tcPr>
            <w:tcW w:w="4320" w:type="dxa"/>
          </w:tcPr>
          <w:p w14:paraId="37F66DC9" w14:textId="77777777" w:rsidR="00D0718B" w:rsidRDefault="00D0718B"/>
        </w:tc>
        <w:tc>
          <w:tcPr>
            <w:tcW w:w="2016" w:type="dxa"/>
          </w:tcPr>
          <w:p w14:paraId="03DE82E0" w14:textId="77777777" w:rsidR="00D0718B" w:rsidRDefault="00D0718B"/>
        </w:tc>
      </w:tr>
    </w:tbl>
    <w:p w14:paraId="5EDBA3D3" w14:textId="77777777" w:rsidR="00461299" w:rsidRDefault="00000000" w:rsidP="00461299">
      <w:pPr>
        <w:spacing w:after="80"/>
        <w:rPr>
          <w:i/>
          <w:sz w:val="22"/>
        </w:rPr>
      </w:pPr>
      <w:r>
        <w:rPr>
          <w:i/>
          <w:sz w:val="22"/>
        </w:rPr>
        <w:t>This page records emergency-care wishes. Veterinary clinics may require their own authorization, payment, or consent forms.</w:t>
      </w:r>
    </w:p>
    <w:p w14:paraId="2B28AC92" w14:textId="7A9AB259" w:rsidR="00461299" w:rsidRDefault="00461299" w:rsidP="00461299">
      <w:pPr>
        <w:pBdr>
          <w:bottom w:val="single" w:sz="12" w:space="4" w:color="B87E20"/>
        </w:pBdr>
        <w:spacing w:after="520"/>
      </w:pPr>
      <w:r>
        <w:rPr>
          <w:rFonts w:ascii="Georgia" w:hAnsi="Georgia"/>
          <w:b/>
          <w:color w:val="1D3445"/>
          <w:sz w:val="44"/>
        </w:rPr>
        <w:lastRenderedPageBreak/>
        <w:t>CAREGIVER DAILY LOG</w:t>
      </w:r>
    </w:p>
    <w:p w14:paraId="552A4863" w14:textId="77777777" w:rsidR="00D0718B" w:rsidRDefault="00000000">
      <w:r>
        <w:rPr>
          <w:i/>
        </w:rPr>
        <w:t>Repeat for each day or visit as needed.</w:t>
      </w:r>
    </w:p>
    <w:p w14:paraId="5227E7FD" w14:textId="77777777" w:rsidR="00D0718B" w:rsidRDefault="00000000">
      <w:pPr>
        <w:spacing w:after="40"/>
      </w:pPr>
      <w:r>
        <w:rPr>
          <w:b/>
        </w:rPr>
        <w:t xml:space="preserve">Date / Caregiver / Arrival / Departure  </w:t>
      </w:r>
      <w:r>
        <w:t>_____________________________________________</w:t>
      </w:r>
    </w:p>
    <w:p w14:paraId="5FFBAF92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How Did Today Go?</w:t>
      </w:r>
    </w:p>
    <w:p w14:paraId="558B6C00" w14:textId="77777777" w:rsidR="00D0718B" w:rsidRDefault="00000000">
      <w:pPr>
        <w:spacing w:after="40"/>
      </w:pPr>
      <w:r>
        <w:t>______________________________________________________________________</w:t>
      </w:r>
    </w:p>
    <w:p w14:paraId="60BB0E6B" w14:textId="77777777" w:rsidR="00D0718B" w:rsidRDefault="00000000">
      <w:pPr>
        <w:spacing w:after="40"/>
      </w:pPr>
      <w:r>
        <w:t>______________________________________________________________________</w:t>
      </w:r>
    </w:p>
    <w:p w14:paraId="03251796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Food &amp; Water</w:t>
      </w:r>
    </w:p>
    <w:p w14:paraId="41067A82" w14:textId="77777777" w:rsidR="00D0718B" w:rsidRDefault="00000000">
      <w:pPr>
        <w:spacing w:after="40"/>
      </w:pPr>
      <w:r>
        <w:t>☐ Fed as instructed    ☐ Fresh water checked    ☐ Treats as allowed</w:t>
      </w:r>
    </w:p>
    <w:p w14:paraId="30969CBB" w14:textId="77777777" w:rsidR="00D0718B" w:rsidRDefault="00000000">
      <w:pPr>
        <w:spacing w:after="40"/>
      </w:pPr>
      <w:r>
        <w:rPr>
          <w:b/>
        </w:rPr>
        <w:t xml:space="preserve">Changes in appetite / drinking  </w:t>
      </w:r>
      <w:r>
        <w:t>_____________________________________________</w:t>
      </w:r>
    </w:p>
    <w:p w14:paraId="1D0771B3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Medications &amp; Treatments</w:t>
      </w:r>
    </w:p>
    <w:p w14:paraId="41A1A99B" w14:textId="77777777" w:rsidR="00D0718B" w:rsidRDefault="00000000">
      <w:pPr>
        <w:spacing w:after="40"/>
      </w:pPr>
      <w:r>
        <w:rPr>
          <w:b/>
        </w:rPr>
        <w:t xml:space="preserve">Missed / refused / delayed / different  </w:t>
      </w:r>
      <w:r>
        <w:t>_____________________________________________</w:t>
      </w:r>
    </w:p>
    <w:p w14:paraId="71F48762" w14:textId="77777777" w:rsidR="00D0718B" w:rsidRDefault="00000000">
      <w:pPr>
        <w:spacing w:after="40"/>
      </w:pPr>
      <w:r>
        <w:rPr>
          <w:b/>
        </w:rPr>
        <w:t xml:space="preserve">Pet / Time / What Happened  </w:t>
      </w:r>
      <w:r>
        <w:t>_____________________________________________</w:t>
      </w:r>
    </w:p>
    <w:p w14:paraId="4CFA9FE7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Bathroom / Walks / Exercise</w:t>
      </w:r>
    </w:p>
    <w:p w14:paraId="45D550F0" w14:textId="77777777" w:rsidR="00D0718B" w:rsidRDefault="00000000">
      <w:pPr>
        <w:spacing w:after="40"/>
      </w:pPr>
      <w:r>
        <w:rPr>
          <w:b/>
        </w:rPr>
        <w:t xml:space="preserve">Anything Unusual  </w:t>
      </w:r>
      <w:r>
        <w:t>_____________________________________________</w:t>
      </w:r>
    </w:p>
    <w:p w14:paraId="238ECFDF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Behavior &amp; Well-Being</w:t>
      </w:r>
    </w:p>
    <w:p w14:paraId="38C958D5" w14:textId="77777777" w:rsidR="00D0718B" w:rsidRDefault="00000000">
      <w:pPr>
        <w:spacing w:after="40"/>
      </w:pPr>
      <w:r>
        <w:rPr>
          <w:b/>
        </w:rPr>
        <w:t xml:space="preserve">Changes / Concerns  </w:t>
      </w:r>
      <w:r>
        <w:t>_____________________________________________</w:t>
      </w:r>
    </w:p>
    <w:p w14:paraId="1F61AD69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Household / Animal Area Check</w:t>
      </w:r>
    </w:p>
    <w:p w14:paraId="01465A4F" w14:textId="77777777" w:rsidR="00D0718B" w:rsidRDefault="00000000">
      <w:pPr>
        <w:spacing w:after="40"/>
      </w:pPr>
      <w:r>
        <w:rPr>
          <w:b/>
        </w:rPr>
        <w:t xml:space="preserve">Supplies Running Low  </w:t>
      </w:r>
      <w:r>
        <w:t>_____________________________________________</w:t>
      </w:r>
    </w:p>
    <w:p w14:paraId="03032EEB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Contacted Today</w:t>
      </w:r>
    </w:p>
    <w:p w14:paraId="2C2B92EA" w14:textId="77777777" w:rsidR="00D0718B" w:rsidRDefault="00000000">
      <w:pPr>
        <w:spacing w:after="40"/>
      </w:pPr>
      <w:r>
        <w:t>☐ No    ☐ Owner    ☐ Emergency contact    ☐ Veterinarian    ☐ Other</w:t>
      </w:r>
    </w:p>
    <w:p w14:paraId="1EAFDA0F" w14:textId="77777777" w:rsidR="00D0718B" w:rsidRDefault="00000000">
      <w:pPr>
        <w:spacing w:after="40"/>
      </w:pPr>
      <w:r>
        <w:rPr>
          <w:b/>
        </w:rPr>
        <w:t xml:space="preserve">Reason / Instructions Received  </w:t>
      </w:r>
      <w:r>
        <w:t>_____________________________________________</w:t>
      </w:r>
    </w:p>
    <w:p w14:paraId="5B4D41BC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Notes for Owner or Next Caregiver</w:t>
      </w:r>
    </w:p>
    <w:p w14:paraId="3DDFA80B" w14:textId="77777777" w:rsidR="00D0718B" w:rsidRDefault="00000000">
      <w:pPr>
        <w:spacing w:after="40"/>
      </w:pPr>
      <w:r>
        <w:t>______________________________________________________________________</w:t>
      </w:r>
    </w:p>
    <w:p w14:paraId="483E8EF4" w14:textId="77777777" w:rsidR="00D0718B" w:rsidRDefault="00000000">
      <w:pPr>
        <w:spacing w:after="40"/>
      </w:pPr>
      <w:r>
        <w:t>______________________________________________________________________</w:t>
      </w:r>
    </w:p>
    <w:p w14:paraId="22FF0221" w14:textId="77777777" w:rsidR="00D0718B" w:rsidRDefault="00000000">
      <w:pPr>
        <w:spacing w:after="40"/>
      </w:pPr>
      <w:r>
        <w:rPr>
          <w:b/>
        </w:rPr>
        <w:t xml:space="preserve">Caregiver Signature / Initials  </w:t>
      </w:r>
      <w:r>
        <w:t>_____________________________________________</w:t>
      </w:r>
    </w:p>
    <w:p w14:paraId="2C017D83" w14:textId="77777777" w:rsidR="00D0718B" w:rsidRDefault="00000000">
      <w:r>
        <w:br w:type="page"/>
      </w:r>
    </w:p>
    <w:p w14:paraId="5038D60B" w14:textId="77777777" w:rsidR="00D0718B" w:rsidRPr="00461299" w:rsidRDefault="00000000">
      <w:pPr>
        <w:pBdr>
          <w:bottom w:val="single" w:sz="12" w:space="4" w:color="B87E20"/>
        </w:pBdr>
        <w:spacing w:after="520"/>
        <w:rPr>
          <w:sz w:val="38"/>
          <w:szCs w:val="38"/>
        </w:rPr>
      </w:pPr>
      <w:r w:rsidRPr="00461299">
        <w:rPr>
          <w:rFonts w:ascii="Georgia" w:hAnsi="Georgia"/>
          <w:b/>
          <w:color w:val="1D3445"/>
          <w:sz w:val="38"/>
          <w:szCs w:val="38"/>
        </w:rPr>
        <w:lastRenderedPageBreak/>
        <w:t>LONG-TERM &amp; PERMANENT CARE WISHES</w:t>
      </w:r>
    </w:p>
    <w:p w14:paraId="2F783A77" w14:textId="77777777" w:rsidR="00D0718B" w:rsidRDefault="00000000">
      <w:r>
        <w:t>If I am unable to resume caring for my animals, these are my wishes for their continued care.</w:t>
      </w:r>
    </w:p>
    <w:p w14:paraId="3267B23C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First Person I Want Contacted</w:t>
      </w:r>
    </w:p>
    <w:p w14:paraId="4F2D7AD1" w14:textId="77777777" w:rsidR="00D0718B" w:rsidRDefault="00000000">
      <w:pPr>
        <w:spacing w:after="40"/>
      </w:pPr>
      <w:r>
        <w:rPr>
          <w:b/>
        </w:rPr>
        <w:t xml:space="preserve">Name / Relationship / Phone / Email  </w:t>
      </w:r>
      <w:r>
        <w:t>_____________________________________________</w:t>
      </w:r>
    </w:p>
    <w:p w14:paraId="1ECD87A8" w14:textId="77777777" w:rsidR="00D0718B" w:rsidRDefault="00000000">
      <w:pPr>
        <w:spacing w:after="40"/>
      </w:pPr>
      <w:r>
        <w:t>☐ Agreed to care for animals    ☐ Agreed to help arrange care    ☐ Still need to discuss</w:t>
      </w:r>
    </w:p>
    <w:p w14:paraId="4DDA08CE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Alternate Person</w:t>
      </w:r>
    </w:p>
    <w:p w14:paraId="40909955" w14:textId="77777777" w:rsidR="00D0718B" w:rsidRDefault="00000000">
      <w:pPr>
        <w:spacing w:after="40"/>
      </w:pPr>
      <w:r>
        <w:rPr>
          <w:b/>
        </w:rPr>
        <w:t xml:space="preserve">Name / Relationship / Phone / Email  </w:t>
      </w:r>
      <w:r>
        <w:t>_____________________________________________</w:t>
      </w:r>
    </w:p>
    <w:p w14:paraId="06572B33" w14:textId="77777777" w:rsidR="00D0718B" w:rsidRDefault="00000000">
      <w:pPr>
        <w:spacing w:after="40"/>
      </w:pPr>
      <w:r>
        <w:t>☐ Agreed to care for animals    ☐ Agreed to help arrange care    ☐ Still need to discuss</w:t>
      </w:r>
    </w:p>
    <w:p w14:paraId="5920E46B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My Wishes</w:t>
      </w:r>
    </w:p>
    <w:p w14:paraId="5DE7D31B" w14:textId="77777777" w:rsidR="00D0718B" w:rsidRDefault="00000000">
      <w:pPr>
        <w:spacing w:after="40"/>
      </w:pPr>
      <w:r>
        <w:rPr>
          <w:b/>
        </w:rPr>
        <w:t xml:space="preserve">Animals That Should Remain Together  </w:t>
      </w:r>
      <w:r>
        <w:t>_____________________________________________</w:t>
      </w:r>
    </w:p>
    <w:p w14:paraId="219AA4C7" w14:textId="77777777" w:rsidR="00D0718B" w:rsidRDefault="00000000">
      <w:pPr>
        <w:spacing w:after="40"/>
      </w:pPr>
      <w:r>
        <w:rPr>
          <w:b/>
        </w:rPr>
        <w:t xml:space="preserve">Animals That May Be Placed Separately  </w:t>
      </w:r>
      <w:r>
        <w:t>_____________________________________________</w:t>
      </w:r>
    </w:p>
    <w:p w14:paraId="44B02455" w14:textId="77777777" w:rsidR="00D0718B" w:rsidRDefault="00000000">
      <w:pPr>
        <w:spacing w:after="40"/>
      </w:pPr>
      <w:r>
        <w:rPr>
          <w:b/>
        </w:rPr>
        <w:t xml:space="preserve">Special Placement Instructions  </w:t>
      </w:r>
      <w:r>
        <w:t>_____________________________________________</w:t>
      </w:r>
    </w:p>
    <w:p w14:paraId="346EBA01" w14:textId="77777777" w:rsidR="00D0718B" w:rsidRDefault="00000000">
      <w:pPr>
        <w:spacing w:after="40"/>
      </w:pPr>
      <w:r>
        <w:rPr>
          <w:b/>
        </w:rPr>
        <w:t xml:space="preserve">People / Places I Do NOT Want Used  </w:t>
      </w:r>
      <w:r>
        <w:t>_____________________________________________</w:t>
      </w:r>
    </w:p>
    <w:p w14:paraId="16E28C23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Rescue / Sanctuary</w:t>
      </w:r>
    </w:p>
    <w:p w14:paraId="0C26D10B" w14:textId="77777777" w:rsidR="00D0718B" w:rsidRDefault="00000000">
      <w:pPr>
        <w:spacing w:after="40"/>
      </w:pPr>
      <w:r>
        <w:rPr>
          <w:b/>
        </w:rPr>
        <w:t xml:space="preserve">Organization / Contact / Phone / Email / Website  </w:t>
      </w:r>
      <w:r>
        <w:t>_____________________________________________</w:t>
      </w:r>
    </w:p>
    <w:p w14:paraId="482E3A8F" w14:textId="77777777" w:rsidR="00D0718B" w:rsidRDefault="00000000">
      <w:pPr>
        <w:spacing w:after="40"/>
      </w:pPr>
      <w:r>
        <w:rPr>
          <w:b/>
        </w:rPr>
        <w:t xml:space="preserve">Instructions  </w:t>
      </w:r>
      <w:r>
        <w:t>_____________________________________________</w:t>
      </w:r>
    </w:p>
    <w:p w14:paraId="30895631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Financial Arrangements</w:t>
      </w:r>
    </w:p>
    <w:p w14:paraId="1FBC7244" w14:textId="77777777" w:rsidR="00D0718B" w:rsidRDefault="00000000">
      <w:pPr>
        <w:spacing w:after="40"/>
      </w:pPr>
      <w:r>
        <w:rPr>
          <w:b/>
        </w:rPr>
        <w:t xml:space="preserve">Contact / Phone  </w:t>
      </w:r>
      <w:r>
        <w:t>_____________________________________________</w:t>
      </w:r>
    </w:p>
    <w:p w14:paraId="1B7853BA" w14:textId="77777777" w:rsidR="00D0718B" w:rsidRDefault="00000000">
      <w:pPr>
        <w:spacing w:after="40"/>
      </w:pPr>
      <w:r>
        <w:rPr>
          <w:b/>
        </w:rPr>
        <w:t xml:space="preserve">Attorney / Trustee / Executor  </w:t>
      </w:r>
      <w:r>
        <w:t>_____________________________________________</w:t>
      </w:r>
    </w:p>
    <w:p w14:paraId="7230C2CF" w14:textId="77777777" w:rsidR="00D0718B" w:rsidRDefault="00000000">
      <w:pPr>
        <w:spacing w:after="40"/>
      </w:pPr>
      <w:r>
        <w:rPr>
          <w:b/>
        </w:rPr>
        <w:t xml:space="preserve">Important Documents Location  </w:t>
      </w:r>
      <w:r>
        <w:t>_____________________________________________</w:t>
      </w:r>
    </w:p>
    <w:p w14:paraId="53AE80E6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Personal Belongings</w:t>
      </w:r>
    </w:p>
    <w:p w14:paraId="6893E193" w14:textId="77777777" w:rsidR="00D0718B" w:rsidRDefault="00000000">
      <w:pPr>
        <w:spacing w:after="40"/>
      </w:pPr>
      <w:r>
        <w:rPr>
          <w:b/>
        </w:rPr>
        <w:t xml:space="preserve">Special Items / Location  </w:t>
      </w:r>
      <w:r>
        <w:t>_____________________________________________</w:t>
      </w:r>
    </w:p>
    <w:p w14:paraId="0C41C56F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Anything I Want a Future Caregiver to Know</w:t>
      </w:r>
    </w:p>
    <w:p w14:paraId="523FDE8F" w14:textId="77777777" w:rsidR="00D0718B" w:rsidRDefault="00000000">
      <w:pPr>
        <w:spacing w:after="40"/>
      </w:pPr>
      <w:r>
        <w:t>______________________________________________________________________</w:t>
      </w:r>
    </w:p>
    <w:p w14:paraId="7749E65E" w14:textId="77777777" w:rsidR="00D0718B" w:rsidRDefault="00000000">
      <w:pPr>
        <w:spacing w:after="40"/>
      </w:pPr>
      <w:r>
        <w:t>______________________________________________________________________</w:t>
      </w:r>
    </w:p>
    <w:p w14:paraId="69179CDB" w14:textId="77777777" w:rsidR="00D0718B" w:rsidRDefault="00000000">
      <w:pPr>
        <w:spacing w:after="80"/>
      </w:pPr>
      <w:r>
        <w:rPr>
          <w:i/>
          <w:sz w:val="22"/>
        </w:rPr>
        <w:t>This page records your wishes and is not a substitute for a will, pet trust, power of attorney, or other legal document.</w:t>
      </w:r>
    </w:p>
    <w:p w14:paraId="49E96F60" w14:textId="77777777" w:rsidR="00D0718B" w:rsidRDefault="00000000">
      <w:r>
        <w:br w:type="page"/>
      </w:r>
    </w:p>
    <w:p w14:paraId="1B628C58" w14:textId="77777777" w:rsidR="00D0718B" w:rsidRDefault="00000000">
      <w:pPr>
        <w:pBdr>
          <w:bottom w:val="single" w:sz="12" w:space="4" w:color="B87E20"/>
        </w:pBdr>
        <w:spacing w:after="520"/>
      </w:pPr>
      <w:r>
        <w:rPr>
          <w:rFonts w:ascii="Georgia" w:hAnsi="Georgia"/>
          <w:b/>
          <w:color w:val="1D3445"/>
          <w:sz w:val="44"/>
        </w:rPr>
        <w:lastRenderedPageBreak/>
        <w:t>IMPORTANT DOCUMENTS &amp; RECORDS</w:t>
      </w:r>
    </w:p>
    <w:p w14:paraId="2EAED6F9" w14:textId="77777777" w:rsidR="00D0718B" w:rsidRDefault="00000000">
      <w:pPr>
        <w:spacing w:after="80"/>
      </w:pPr>
      <w:r>
        <w:rPr>
          <w:i/>
          <w:sz w:val="22"/>
        </w:rPr>
        <w:t>Record where important originals or copies are kept. Avoid sensitive passwords or financial account information.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88"/>
        <w:gridCol w:w="5328"/>
      </w:tblGrid>
      <w:tr w:rsidR="00D0718B" w14:paraId="73B8687E" w14:textId="77777777">
        <w:trPr>
          <w:jc w:val="center"/>
        </w:trPr>
        <w:tc>
          <w:tcPr>
            <w:tcW w:w="3888" w:type="dxa"/>
          </w:tcPr>
          <w:p w14:paraId="0479E17B" w14:textId="77777777" w:rsidR="00D0718B" w:rsidRDefault="00000000">
            <w:r>
              <w:rPr>
                <w:b/>
                <w:sz w:val="22"/>
              </w:rPr>
              <w:t>Record</w:t>
            </w:r>
          </w:p>
        </w:tc>
        <w:tc>
          <w:tcPr>
            <w:tcW w:w="5328" w:type="dxa"/>
          </w:tcPr>
          <w:p w14:paraId="52CBE90D" w14:textId="77777777" w:rsidR="00D0718B" w:rsidRDefault="00000000">
            <w:r>
              <w:rPr>
                <w:b/>
                <w:sz w:val="22"/>
              </w:rPr>
              <w:t>Included / Location</w:t>
            </w:r>
          </w:p>
        </w:tc>
      </w:tr>
      <w:tr w:rsidR="00D0718B" w14:paraId="7C20EABF" w14:textId="77777777">
        <w:trPr>
          <w:jc w:val="center"/>
        </w:trPr>
        <w:tc>
          <w:tcPr>
            <w:tcW w:w="3888" w:type="dxa"/>
          </w:tcPr>
          <w:p w14:paraId="048DA2A3" w14:textId="77777777" w:rsidR="00D0718B" w:rsidRDefault="00000000">
            <w:r>
              <w:rPr>
                <w:sz w:val="22"/>
              </w:rPr>
              <w:t>Vaccination records</w:t>
            </w:r>
          </w:p>
        </w:tc>
        <w:tc>
          <w:tcPr>
            <w:tcW w:w="5328" w:type="dxa"/>
          </w:tcPr>
          <w:p w14:paraId="48A4FA3E" w14:textId="77777777" w:rsidR="00D0718B" w:rsidRDefault="00D0718B"/>
        </w:tc>
      </w:tr>
      <w:tr w:rsidR="00D0718B" w14:paraId="6EC003DB" w14:textId="77777777">
        <w:trPr>
          <w:jc w:val="center"/>
        </w:trPr>
        <w:tc>
          <w:tcPr>
            <w:tcW w:w="3888" w:type="dxa"/>
          </w:tcPr>
          <w:p w14:paraId="15DA9381" w14:textId="77777777" w:rsidR="00D0718B" w:rsidRDefault="00000000">
            <w:r>
              <w:rPr>
                <w:sz w:val="22"/>
              </w:rPr>
              <w:t>Rabies certificate</w:t>
            </w:r>
          </w:p>
        </w:tc>
        <w:tc>
          <w:tcPr>
            <w:tcW w:w="5328" w:type="dxa"/>
          </w:tcPr>
          <w:p w14:paraId="7D5987E9" w14:textId="77777777" w:rsidR="00D0718B" w:rsidRDefault="00D0718B"/>
        </w:tc>
      </w:tr>
      <w:tr w:rsidR="00D0718B" w14:paraId="0B27DA69" w14:textId="77777777">
        <w:trPr>
          <w:jc w:val="center"/>
        </w:trPr>
        <w:tc>
          <w:tcPr>
            <w:tcW w:w="3888" w:type="dxa"/>
          </w:tcPr>
          <w:p w14:paraId="5760DF78" w14:textId="77777777" w:rsidR="00D0718B" w:rsidRDefault="00000000">
            <w:r>
              <w:rPr>
                <w:sz w:val="22"/>
              </w:rPr>
              <w:t>Medication / prescription information</w:t>
            </w:r>
          </w:p>
        </w:tc>
        <w:tc>
          <w:tcPr>
            <w:tcW w:w="5328" w:type="dxa"/>
          </w:tcPr>
          <w:p w14:paraId="3A69E2A0" w14:textId="77777777" w:rsidR="00D0718B" w:rsidRDefault="00D0718B"/>
        </w:tc>
      </w:tr>
      <w:tr w:rsidR="00D0718B" w14:paraId="19A51481" w14:textId="77777777">
        <w:trPr>
          <w:jc w:val="center"/>
        </w:trPr>
        <w:tc>
          <w:tcPr>
            <w:tcW w:w="3888" w:type="dxa"/>
          </w:tcPr>
          <w:p w14:paraId="12F2B029" w14:textId="77777777" w:rsidR="00D0718B" w:rsidRDefault="00000000">
            <w:r>
              <w:rPr>
                <w:sz w:val="22"/>
              </w:rPr>
              <w:t>Medical / surgical records</w:t>
            </w:r>
          </w:p>
        </w:tc>
        <w:tc>
          <w:tcPr>
            <w:tcW w:w="5328" w:type="dxa"/>
          </w:tcPr>
          <w:p w14:paraId="035CC959" w14:textId="77777777" w:rsidR="00D0718B" w:rsidRDefault="00D0718B"/>
        </w:tc>
      </w:tr>
      <w:tr w:rsidR="00D0718B" w14:paraId="2D3D0D21" w14:textId="77777777">
        <w:trPr>
          <w:jc w:val="center"/>
        </w:trPr>
        <w:tc>
          <w:tcPr>
            <w:tcW w:w="3888" w:type="dxa"/>
          </w:tcPr>
          <w:p w14:paraId="6D10630A" w14:textId="77777777" w:rsidR="00D0718B" w:rsidRDefault="00000000">
            <w:r>
              <w:rPr>
                <w:sz w:val="22"/>
              </w:rPr>
              <w:t>Veterinary treatment authorization</w:t>
            </w:r>
          </w:p>
        </w:tc>
        <w:tc>
          <w:tcPr>
            <w:tcW w:w="5328" w:type="dxa"/>
          </w:tcPr>
          <w:p w14:paraId="28B47018" w14:textId="77777777" w:rsidR="00D0718B" w:rsidRDefault="00D0718B"/>
        </w:tc>
      </w:tr>
      <w:tr w:rsidR="00D0718B" w14:paraId="7BFA0666" w14:textId="77777777">
        <w:trPr>
          <w:jc w:val="center"/>
        </w:trPr>
        <w:tc>
          <w:tcPr>
            <w:tcW w:w="3888" w:type="dxa"/>
          </w:tcPr>
          <w:p w14:paraId="1A2D7E9C" w14:textId="77777777" w:rsidR="00D0718B" w:rsidRDefault="00000000">
            <w:r>
              <w:rPr>
                <w:sz w:val="22"/>
              </w:rPr>
              <w:t>Microchip information</w:t>
            </w:r>
          </w:p>
        </w:tc>
        <w:tc>
          <w:tcPr>
            <w:tcW w:w="5328" w:type="dxa"/>
          </w:tcPr>
          <w:p w14:paraId="5E5EF56C" w14:textId="77777777" w:rsidR="00D0718B" w:rsidRDefault="00D0718B"/>
        </w:tc>
      </w:tr>
      <w:tr w:rsidR="00D0718B" w14:paraId="29FECBE8" w14:textId="77777777">
        <w:trPr>
          <w:jc w:val="center"/>
        </w:trPr>
        <w:tc>
          <w:tcPr>
            <w:tcW w:w="3888" w:type="dxa"/>
          </w:tcPr>
          <w:p w14:paraId="41D472E9" w14:textId="77777777" w:rsidR="00D0718B" w:rsidRDefault="00000000">
            <w:r>
              <w:rPr>
                <w:sz w:val="22"/>
              </w:rPr>
              <w:t>Pet license / registration</w:t>
            </w:r>
          </w:p>
        </w:tc>
        <w:tc>
          <w:tcPr>
            <w:tcW w:w="5328" w:type="dxa"/>
          </w:tcPr>
          <w:p w14:paraId="0E49383A" w14:textId="77777777" w:rsidR="00D0718B" w:rsidRDefault="00D0718B"/>
        </w:tc>
      </w:tr>
      <w:tr w:rsidR="00D0718B" w14:paraId="46F483E7" w14:textId="77777777">
        <w:trPr>
          <w:jc w:val="center"/>
        </w:trPr>
        <w:tc>
          <w:tcPr>
            <w:tcW w:w="3888" w:type="dxa"/>
          </w:tcPr>
          <w:p w14:paraId="2EE15E05" w14:textId="77777777" w:rsidR="00D0718B" w:rsidRDefault="00000000">
            <w:r>
              <w:rPr>
                <w:sz w:val="22"/>
              </w:rPr>
              <w:t>Ownership records</w:t>
            </w:r>
          </w:p>
        </w:tc>
        <w:tc>
          <w:tcPr>
            <w:tcW w:w="5328" w:type="dxa"/>
          </w:tcPr>
          <w:p w14:paraId="16E0BE62" w14:textId="77777777" w:rsidR="00D0718B" w:rsidRDefault="00D0718B"/>
        </w:tc>
      </w:tr>
      <w:tr w:rsidR="00D0718B" w14:paraId="533F1195" w14:textId="77777777">
        <w:trPr>
          <w:jc w:val="center"/>
        </w:trPr>
        <w:tc>
          <w:tcPr>
            <w:tcW w:w="3888" w:type="dxa"/>
          </w:tcPr>
          <w:p w14:paraId="2D7507A4" w14:textId="77777777" w:rsidR="00D0718B" w:rsidRDefault="00000000">
            <w:r>
              <w:rPr>
                <w:sz w:val="22"/>
              </w:rPr>
              <w:t>Recent photographs</w:t>
            </w:r>
          </w:p>
        </w:tc>
        <w:tc>
          <w:tcPr>
            <w:tcW w:w="5328" w:type="dxa"/>
          </w:tcPr>
          <w:p w14:paraId="7DB2E66E" w14:textId="77777777" w:rsidR="00D0718B" w:rsidRDefault="00D0718B"/>
        </w:tc>
      </w:tr>
    </w:tbl>
    <w:p w14:paraId="35925247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Pet Insurance</w:t>
      </w:r>
    </w:p>
    <w:p w14:paraId="496B3CC4" w14:textId="77777777" w:rsidR="00D0718B" w:rsidRDefault="00000000">
      <w:pPr>
        <w:spacing w:after="40"/>
      </w:pPr>
      <w:r>
        <w:rPr>
          <w:b/>
        </w:rPr>
        <w:t xml:space="preserve">Location / Company / Policy # / Claims Phone  </w:t>
      </w:r>
      <w:r>
        <w:t>_____________________________________________</w:t>
      </w:r>
    </w:p>
    <w:p w14:paraId="32071647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Specialty Records</w:t>
      </w:r>
    </w:p>
    <w:p w14:paraId="54EE6AEC" w14:textId="77777777" w:rsidR="00D0718B" w:rsidRDefault="00000000">
      <w:pPr>
        <w:spacing w:after="40"/>
      </w:pPr>
      <w:r>
        <w:rPr>
          <w:b/>
        </w:rPr>
        <w:t xml:space="preserve">Location / Notes  </w:t>
      </w:r>
      <w:r>
        <w:t>_____________________________________________</w:t>
      </w:r>
    </w:p>
    <w:p w14:paraId="5988C45D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Digital Records</w:t>
      </w:r>
    </w:p>
    <w:p w14:paraId="6EE1FB73" w14:textId="77777777" w:rsidR="00D0718B" w:rsidRDefault="00000000">
      <w:pPr>
        <w:spacing w:after="40"/>
      </w:pPr>
      <w:r>
        <w:rPr>
          <w:b/>
        </w:rPr>
        <w:t xml:space="preserve">Where / Access Instructions Location  </w:t>
      </w:r>
      <w:r>
        <w:t>_____________________________________________</w:t>
      </w:r>
    </w:p>
    <w:p w14:paraId="6E78588B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Emergency Copies</w:t>
      </w:r>
    </w:p>
    <w:p w14:paraId="19E9D0BF" w14:textId="77777777" w:rsidR="00D0718B" w:rsidRDefault="00000000">
      <w:pPr>
        <w:spacing w:after="40"/>
      </w:pPr>
      <w:r>
        <w:t>☐ Emergency contact has records    ☐ Vet has authorization</w:t>
      </w:r>
    </w:p>
    <w:p w14:paraId="39F9F9CB" w14:textId="77777777" w:rsidR="00D0718B" w:rsidRDefault="00000000">
      <w:pPr>
        <w:spacing w:after="40"/>
      </w:pPr>
      <w:r>
        <w:t>☐ Long-term caregiver has information    ☐ Copies in evacuation supplies</w:t>
      </w:r>
    </w:p>
    <w:p w14:paraId="45F0A262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Last Updated</w:t>
      </w:r>
    </w:p>
    <w:p w14:paraId="3B9267F0" w14:textId="77777777" w:rsidR="00D0718B" w:rsidRDefault="00000000">
      <w:pPr>
        <w:spacing w:after="40"/>
      </w:pPr>
      <w:r>
        <w:rPr>
          <w:b/>
        </w:rPr>
        <w:t xml:space="preserve">Reviewed On  </w:t>
      </w:r>
      <w:r>
        <w:t>_____________________________________________</w:t>
      </w:r>
    </w:p>
    <w:p w14:paraId="7AAA2FF6" w14:textId="77777777" w:rsidR="00D0718B" w:rsidRDefault="00000000">
      <w:pPr>
        <w:spacing w:after="40"/>
      </w:pPr>
      <w:r>
        <w:rPr>
          <w:b/>
        </w:rPr>
        <w:t xml:space="preserve">Next Review Planned  </w:t>
      </w:r>
      <w:r>
        <w:t>_____________________________________________</w:t>
      </w:r>
    </w:p>
    <w:p w14:paraId="6DFEDF09" w14:textId="77777777" w:rsidR="00D0718B" w:rsidRDefault="00000000">
      <w:r>
        <w:br w:type="page"/>
      </w:r>
    </w:p>
    <w:p w14:paraId="65BF410C" w14:textId="77777777" w:rsidR="00D0718B" w:rsidRDefault="00000000">
      <w:pPr>
        <w:pBdr>
          <w:bottom w:val="single" w:sz="12" w:space="4" w:color="B87E20"/>
        </w:pBdr>
        <w:spacing w:after="520"/>
      </w:pPr>
      <w:r>
        <w:rPr>
          <w:rFonts w:ascii="Georgia" w:hAnsi="Georgia"/>
          <w:b/>
          <w:color w:val="1D3445"/>
          <w:sz w:val="44"/>
        </w:rPr>
        <w:lastRenderedPageBreak/>
        <w:t>LOST PET EMERGENCY INFORMATION</w:t>
      </w:r>
    </w:p>
    <w:p w14:paraId="752F4F09" w14:textId="77777777" w:rsidR="00D0718B" w:rsidRDefault="00000000">
      <w:r>
        <w:t>First, do not assume the animal has left the property. Check the Individual Pet Profile for hiding places and ways to get their attention.</w:t>
      </w:r>
    </w:p>
    <w:p w14:paraId="32F7F8C4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If a Pet Is Missing</w:t>
      </w:r>
    </w:p>
    <w:p w14:paraId="6E0F51A4" w14:textId="77777777" w:rsidR="00D0718B" w:rsidRDefault="00000000">
      <w:r>
        <w:t>☐ Check home, yard, buildings, and enclosures</w:t>
      </w:r>
    </w:p>
    <w:p w14:paraId="5CBBE3A2" w14:textId="77777777" w:rsidR="00D0718B" w:rsidRDefault="00000000">
      <w:r>
        <w:t>☐ Secure doors, gates, windows, and fencing</w:t>
      </w:r>
    </w:p>
    <w:p w14:paraId="2F189CC9" w14:textId="77777777" w:rsidR="00D0718B" w:rsidRDefault="00000000">
      <w:r>
        <w:t>☐ Contact owner/emergency contact</w:t>
      </w:r>
    </w:p>
    <w:p w14:paraId="5E43AA2D" w14:textId="77777777" w:rsidR="00D0718B" w:rsidRDefault="00000000">
      <w:r>
        <w:t>☐ Check microchip information</w:t>
      </w:r>
    </w:p>
    <w:p w14:paraId="64E47469" w14:textId="77777777" w:rsidR="00D0718B" w:rsidRDefault="00000000">
      <w:r>
        <w:t>☐ Contact local shelter/animal control</w:t>
      </w:r>
    </w:p>
    <w:p w14:paraId="2B52C7D9" w14:textId="77777777" w:rsidR="00D0718B" w:rsidRDefault="00000000">
      <w:r>
        <w:t>☐ Report missing to microchip registry</w:t>
      </w:r>
    </w:p>
    <w:p w14:paraId="21C9924C" w14:textId="77777777" w:rsidR="00D0718B" w:rsidRDefault="00000000">
      <w:r>
        <w:t>☐ Contact veterinarian if appropriate</w:t>
      </w:r>
    </w:p>
    <w:p w14:paraId="4CFE2581" w14:textId="77777777" w:rsidR="00D0718B" w:rsidRDefault="00000000">
      <w:r>
        <w:t>☐ Use a recent clear photo</w:t>
      </w:r>
    </w:p>
    <w:p w14:paraId="4CF1B309" w14:textId="77777777" w:rsidR="00D0718B" w:rsidRDefault="00000000">
      <w:pPr>
        <w:spacing w:after="80"/>
      </w:pPr>
      <w:r>
        <w:rPr>
          <w:i/>
          <w:sz w:val="22"/>
        </w:rPr>
        <w:t>Description, photo, microchip number, and identifying information are on the Individual Pet Profile.</w:t>
      </w:r>
    </w:p>
    <w:p w14:paraId="6F6E2CB2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Owner's Special Instructions</w:t>
      </w:r>
    </w:p>
    <w:p w14:paraId="70B58CFE" w14:textId="77777777" w:rsidR="00D0718B" w:rsidRDefault="00000000">
      <w:pPr>
        <w:spacing w:after="40"/>
      </w:pPr>
      <w:r>
        <w:t>______________________________________________________________________</w:t>
      </w:r>
    </w:p>
    <w:p w14:paraId="7FEECE80" w14:textId="77777777" w:rsidR="00D0718B" w:rsidRDefault="00000000">
      <w:pPr>
        <w:spacing w:after="40"/>
      </w:pPr>
      <w:r>
        <w:t>______________________________________________________________________</w:t>
      </w:r>
    </w:p>
    <w:p w14:paraId="077509CD" w14:textId="77777777" w:rsidR="00D0718B" w:rsidRDefault="00000000">
      <w:pPr>
        <w:spacing w:after="40"/>
      </w:pPr>
      <w:r>
        <w:rPr>
          <w:b/>
        </w:rPr>
        <w:t xml:space="preserve">Places They Are Likely to Go  </w:t>
      </w:r>
      <w:r>
        <w:t>_____________________________________________</w:t>
      </w:r>
    </w:p>
    <w:p w14:paraId="3005B658" w14:textId="77777777" w:rsidR="00D0718B" w:rsidRDefault="00000000">
      <w:pPr>
        <w:spacing w:after="40"/>
      </w:pPr>
      <w:r>
        <w:rPr>
          <w:b/>
        </w:rPr>
        <w:t xml:space="preserve">People / Neighbors They Know  </w:t>
      </w:r>
      <w:r>
        <w:t>_____________________________________________</w:t>
      </w:r>
    </w:p>
    <w:p w14:paraId="663122A3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Local Lost-Pet Resources</w:t>
      </w:r>
    </w:p>
    <w:p w14:paraId="060AAACC" w14:textId="77777777" w:rsidR="00D0718B" w:rsidRDefault="00000000">
      <w:pPr>
        <w:spacing w:after="40"/>
      </w:pPr>
      <w:r>
        <w:rPr>
          <w:b/>
        </w:rPr>
        <w:t xml:space="preserve">Animal Control  </w:t>
      </w:r>
      <w:r>
        <w:t>_____________________________________________</w:t>
      </w:r>
    </w:p>
    <w:p w14:paraId="624716F2" w14:textId="77777777" w:rsidR="00D0718B" w:rsidRDefault="00000000">
      <w:pPr>
        <w:spacing w:after="40"/>
      </w:pPr>
      <w:r>
        <w:rPr>
          <w:b/>
        </w:rPr>
        <w:t xml:space="preserve">Local Shelter  </w:t>
      </w:r>
      <w:r>
        <w:t>_____________________________________________</w:t>
      </w:r>
    </w:p>
    <w:p w14:paraId="5C481CA7" w14:textId="77777777" w:rsidR="00D0718B" w:rsidRDefault="00000000">
      <w:pPr>
        <w:spacing w:after="40"/>
      </w:pPr>
      <w:r>
        <w:rPr>
          <w:b/>
        </w:rPr>
        <w:t xml:space="preserve">Other Resource  </w:t>
      </w:r>
      <w:r>
        <w:t>_____________________________________________</w:t>
      </w:r>
    </w:p>
    <w:p w14:paraId="55800B3B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Notes</w:t>
      </w:r>
    </w:p>
    <w:p w14:paraId="2C3BCB19" w14:textId="77777777" w:rsidR="00D0718B" w:rsidRDefault="00000000">
      <w:pPr>
        <w:spacing w:after="40"/>
      </w:pPr>
      <w:r>
        <w:t>______________________________________________________________________</w:t>
      </w:r>
    </w:p>
    <w:p w14:paraId="0CEB50CE" w14:textId="77777777" w:rsidR="00D0718B" w:rsidRDefault="00000000">
      <w:pPr>
        <w:spacing w:after="40"/>
      </w:pPr>
      <w:r>
        <w:t>______________________________________________________________________</w:t>
      </w:r>
    </w:p>
    <w:p w14:paraId="3A87B6B1" w14:textId="77777777" w:rsidR="00D0718B" w:rsidRDefault="00000000">
      <w:r>
        <w:br w:type="page"/>
      </w:r>
    </w:p>
    <w:p w14:paraId="03788590" w14:textId="77777777" w:rsidR="00D0718B" w:rsidRDefault="00000000">
      <w:pPr>
        <w:pBdr>
          <w:bottom w:val="single" w:sz="12" w:space="4" w:color="B87E20"/>
        </w:pBdr>
        <w:spacing w:after="520"/>
      </w:pPr>
      <w:r>
        <w:rPr>
          <w:rFonts w:ascii="Georgia" w:hAnsi="Georgia"/>
          <w:b/>
          <w:color w:val="1D3445"/>
          <w:sz w:val="44"/>
        </w:rPr>
        <w:lastRenderedPageBreak/>
        <w:t>BINDER READY CHECKLIST &amp; UPDATE RECORD</w:t>
      </w:r>
    </w:p>
    <w:p w14:paraId="41A88FF2" w14:textId="77777777" w:rsidR="00D0718B" w:rsidRDefault="00000000">
      <w:pPr>
        <w:spacing w:after="0"/>
      </w:pPr>
      <w:r>
        <w:rPr>
          <w:sz w:val="22"/>
        </w:rPr>
        <w:t>☐ Emergency contacts current</w:t>
      </w:r>
    </w:p>
    <w:p w14:paraId="7AA71E50" w14:textId="77777777" w:rsidR="00D0718B" w:rsidRDefault="00000000">
      <w:pPr>
        <w:spacing w:after="0"/>
      </w:pPr>
      <w:r>
        <w:rPr>
          <w:sz w:val="22"/>
        </w:rPr>
        <w:t>☐ Veterinary/emergency clinic info current</w:t>
      </w:r>
    </w:p>
    <w:p w14:paraId="7842D660" w14:textId="77777777" w:rsidR="00D0718B" w:rsidRDefault="00000000">
      <w:pPr>
        <w:spacing w:after="0"/>
      </w:pPr>
      <w:r>
        <w:rPr>
          <w:sz w:val="22"/>
        </w:rPr>
        <w:t>☐ Pet insurance included if applicable</w:t>
      </w:r>
    </w:p>
    <w:p w14:paraId="37270FB2" w14:textId="77777777" w:rsidR="00D0718B" w:rsidRDefault="00000000">
      <w:pPr>
        <w:spacing w:after="0"/>
      </w:pPr>
      <w:r>
        <w:rPr>
          <w:sz w:val="22"/>
        </w:rPr>
        <w:t>☐ Home access/key instructions current</w:t>
      </w:r>
    </w:p>
    <w:p w14:paraId="7091EC03" w14:textId="77777777" w:rsidR="00D0718B" w:rsidRDefault="00000000">
      <w:pPr>
        <w:spacing w:after="0"/>
      </w:pPr>
      <w:r>
        <w:rPr>
          <w:sz w:val="22"/>
        </w:rPr>
        <w:t>☐ Every animal included in count</w:t>
      </w:r>
    </w:p>
    <w:p w14:paraId="291832D1" w14:textId="77777777" w:rsidR="00D0718B" w:rsidRDefault="00000000">
      <w:pPr>
        <w:spacing w:after="0"/>
      </w:pPr>
      <w:r>
        <w:rPr>
          <w:sz w:val="22"/>
        </w:rPr>
        <w:t>☐ Each pet has current profile/photo</w:t>
      </w:r>
    </w:p>
    <w:p w14:paraId="20623BFE" w14:textId="77777777" w:rsidR="00D0718B" w:rsidRDefault="00000000">
      <w:pPr>
        <w:spacing w:after="0"/>
      </w:pPr>
      <w:r>
        <w:rPr>
          <w:sz w:val="22"/>
        </w:rPr>
        <w:t>☐ Microchip info current</w:t>
      </w:r>
    </w:p>
    <w:p w14:paraId="73A43E5C" w14:textId="77777777" w:rsidR="00D0718B" w:rsidRDefault="00000000">
      <w:pPr>
        <w:spacing w:after="0"/>
      </w:pPr>
      <w:r>
        <w:rPr>
          <w:sz w:val="22"/>
        </w:rPr>
        <w:t>☐ Feeding instructions current</w:t>
      </w:r>
    </w:p>
    <w:p w14:paraId="7EF94D5F" w14:textId="77777777" w:rsidR="00D0718B" w:rsidRDefault="00000000">
      <w:pPr>
        <w:spacing w:after="0"/>
      </w:pPr>
      <w:r>
        <w:rPr>
          <w:sz w:val="22"/>
        </w:rPr>
        <w:t>☐ Medication names/doses/schedules current</w:t>
      </w:r>
    </w:p>
    <w:p w14:paraId="3D1A42C1" w14:textId="77777777" w:rsidR="00D0718B" w:rsidRDefault="00000000">
      <w:pPr>
        <w:spacing w:after="0"/>
      </w:pPr>
      <w:r>
        <w:rPr>
          <w:sz w:val="22"/>
        </w:rPr>
        <w:t>☐ Allergies clearly identified</w:t>
      </w:r>
    </w:p>
    <w:p w14:paraId="337FA8BA" w14:textId="77777777" w:rsidR="00D0718B" w:rsidRDefault="00000000">
      <w:pPr>
        <w:spacing w:after="0"/>
      </w:pPr>
      <w:r>
        <w:rPr>
          <w:sz w:val="22"/>
        </w:rPr>
        <w:t>☐ Medical/special needs current</w:t>
      </w:r>
    </w:p>
    <w:p w14:paraId="4378AD67" w14:textId="77777777" w:rsidR="00D0718B" w:rsidRDefault="00000000">
      <w:pPr>
        <w:spacing w:after="0"/>
      </w:pPr>
      <w:r>
        <w:rPr>
          <w:sz w:val="22"/>
        </w:rPr>
        <w:t>☐ Behavior/handling instructions included</w:t>
      </w:r>
    </w:p>
    <w:p w14:paraId="07A12D5A" w14:textId="77777777" w:rsidR="00D0718B" w:rsidRDefault="00000000">
      <w:pPr>
        <w:spacing w:after="0"/>
      </w:pPr>
      <w:r>
        <w:rPr>
          <w:sz w:val="22"/>
        </w:rPr>
        <w:t>☐ Group/specialty instructions complete if needed</w:t>
      </w:r>
    </w:p>
    <w:p w14:paraId="4D557C82" w14:textId="77777777" w:rsidR="00D0718B" w:rsidRDefault="00000000">
      <w:pPr>
        <w:spacing w:after="0"/>
      </w:pPr>
      <w:r>
        <w:rPr>
          <w:sz w:val="22"/>
        </w:rPr>
        <w:t>☐ Carriers/leashes/emergency supplies easy to locate</w:t>
      </w:r>
    </w:p>
    <w:p w14:paraId="63966483" w14:textId="77777777" w:rsidR="00D0718B" w:rsidRDefault="00000000">
      <w:pPr>
        <w:spacing w:after="0"/>
      </w:pPr>
      <w:r>
        <w:rPr>
          <w:sz w:val="22"/>
        </w:rPr>
        <w:t>☐ Evacuation plan current</w:t>
      </w:r>
    </w:p>
    <w:p w14:paraId="1B9AD4E7" w14:textId="77777777" w:rsidR="00D0718B" w:rsidRDefault="00000000">
      <w:pPr>
        <w:spacing w:after="0"/>
      </w:pPr>
      <w:r>
        <w:rPr>
          <w:sz w:val="22"/>
        </w:rPr>
        <w:t>☐ Vet authorization completed</w:t>
      </w:r>
    </w:p>
    <w:p w14:paraId="1DE65732" w14:textId="77777777" w:rsidR="00D0718B" w:rsidRDefault="00000000">
      <w:pPr>
        <w:spacing w:after="0"/>
      </w:pPr>
      <w:r>
        <w:rPr>
          <w:sz w:val="22"/>
        </w:rPr>
        <w:t>☐ Emergency caregivers know they are listed</w:t>
      </w:r>
    </w:p>
    <w:p w14:paraId="28ABD243" w14:textId="77777777" w:rsidR="00D0718B" w:rsidRDefault="00000000">
      <w:pPr>
        <w:spacing w:after="0"/>
      </w:pPr>
      <w:r>
        <w:rPr>
          <w:sz w:val="22"/>
        </w:rPr>
        <w:t>☐ Long-term caregivers contacted</w:t>
      </w:r>
    </w:p>
    <w:p w14:paraId="62AE178C" w14:textId="77777777" w:rsidR="00D0718B" w:rsidRDefault="00000000">
      <w:pPr>
        <w:spacing w:after="0"/>
      </w:pPr>
      <w:r>
        <w:rPr>
          <w:sz w:val="22"/>
        </w:rPr>
        <w:t>☐ Important records can be located</w:t>
      </w:r>
    </w:p>
    <w:p w14:paraId="4BCA5370" w14:textId="77777777" w:rsidR="00D0718B" w:rsidRDefault="00000000">
      <w:pPr>
        <w:spacing w:after="0"/>
      </w:pPr>
      <w:r>
        <w:rPr>
          <w:sz w:val="22"/>
        </w:rPr>
        <w:t>☐ Blank Caregiver Daily Logs included</w:t>
      </w:r>
    </w:p>
    <w:p w14:paraId="2BEFDA03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People Who Have a Copy or Know Where the Binder Is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4176"/>
      </w:tblGrid>
      <w:tr w:rsidR="00D0718B" w14:paraId="4B278FD8" w14:textId="77777777">
        <w:trPr>
          <w:jc w:val="center"/>
        </w:trPr>
        <w:tc>
          <w:tcPr>
            <w:tcW w:w="5040" w:type="dxa"/>
          </w:tcPr>
          <w:p w14:paraId="2B8B7544" w14:textId="77777777" w:rsidR="00D0718B" w:rsidRDefault="00000000">
            <w:r>
              <w:rPr>
                <w:b/>
                <w:sz w:val="22"/>
              </w:rPr>
              <w:t>Name</w:t>
            </w:r>
          </w:p>
        </w:tc>
        <w:tc>
          <w:tcPr>
            <w:tcW w:w="4176" w:type="dxa"/>
          </w:tcPr>
          <w:p w14:paraId="201E72D1" w14:textId="77777777" w:rsidR="00D0718B" w:rsidRDefault="00000000">
            <w:r>
              <w:rPr>
                <w:b/>
                <w:sz w:val="22"/>
              </w:rPr>
              <w:t>Phone</w:t>
            </w:r>
          </w:p>
        </w:tc>
      </w:tr>
      <w:tr w:rsidR="00D0718B" w14:paraId="56F38869" w14:textId="77777777">
        <w:trPr>
          <w:jc w:val="center"/>
        </w:trPr>
        <w:tc>
          <w:tcPr>
            <w:tcW w:w="5040" w:type="dxa"/>
          </w:tcPr>
          <w:p w14:paraId="47C63C17" w14:textId="77777777" w:rsidR="00D0718B" w:rsidRDefault="00D0718B"/>
        </w:tc>
        <w:tc>
          <w:tcPr>
            <w:tcW w:w="4176" w:type="dxa"/>
          </w:tcPr>
          <w:p w14:paraId="1AFC2A68" w14:textId="77777777" w:rsidR="00D0718B" w:rsidRDefault="00D0718B"/>
        </w:tc>
      </w:tr>
      <w:tr w:rsidR="00D0718B" w14:paraId="2FCC9C2F" w14:textId="77777777">
        <w:trPr>
          <w:jc w:val="center"/>
        </w:trPr>
        <w:tc>
          <w:tcPr>
            <w:tcW w:w="5040" w:type="dxa"/>
          </w:tcPr>
          <w:p w14:paraId="57C4F990" w14:textId="77777777" w:rsidR="00D0718B" w:rsidRDefault="00D0718B"/>
        </w:tc>
        <w:tc>
          <w:tcPr>
            <w:tcW w:w="4176" w:type="dxa"/>
          </w:tcPr>
          <w:p w14:paraId="3AA6E5D9" w14:textId="77777777" w:rsidR="00D0718B" w:rsidRDefault="00D0718B"/>
        </w:tc>
      </w:tr>
    </w:tbl>
    <w:p w14:paraId="5790958F" w14:textId="77777777" w:rsidR="00D0718B" w:rsidRDefault="00000000">
      <w:pPr>
        <w:spacing w:before="100" w:after="40"/>
      </w:pPr>
      <w:r>
        <w:rPr>
          <w:b/>
          <w:color w:val="1D3445"/>
          <w:sz w:val="28"/>
        </w:rPr>
        <w:t>Update Record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5472"/>
        <w:gridCol w:w="1584"/>
      </w:tblGrid>
      <w:tr w:rsidR="00D0718B" w14:paraId="64DCEC9D" w14:textId="77777777">
        <w:trPr>
          <w:jc w:val="center"/>
        </w:trPr>
        <w:tc>
          <w:tcPr>
            <w:tcW w:w="2160" w:type="dxa"/>
          </w:tcPr>
          <w:p w14:paraId="60C66AA9" w14:textId="77777777" w:rsidR="00D0718B" w:rsidRDefault="00000000">
            <w:r>
              <w:rPr>
                <w:b/>
                <w:sz w:val="22"/>
              </w:rPr>
              <w:t>Date Reviewed</w:t>
            </w:r>
          </w:p>
        </w:tc>
        <w:tc>
          <w:tcPr>
            <w:tcW w:w="5472" w:type="dxa"/>
          </w:tcPr>
          <w:p w14:paraId="36F6BBD3" w14:textId="77777777" w:rsidR="00D0718B" w:rsidRDefault="00000000">
            <w:r>
              <w:rPr>
                <w:b/>
                <w:sz w:val="22"/>
              </w:rPr>
              <w:t>What Changed?</w:t>
            </w:r>
          </w:p>
        </w:tc>
        <w:tc>
          <w:tcPr>
            <w:tcW w:w="1584" w:type="dxa"/>
          </w:tcPr>
          <w:p w14:paraId="32904CBE" w14:textId="77777777" w:rsidR="00D0718B" w:rsidRDefault="00000000">
            <w:r>
              <w:rPr>
                <w:b/>
                <w:sz w:val="22"/>
              </w:rPr>
              <w:t>Initials</w:t>
            </w:r>
          </w:p>
        </w:tc>
      </w:tr>
      <w:tr w:rsidR="00D0718B" w14:paraId="1814FF0E" w14:textId="77777777">
        <w:trPr>
          <w:jc w:val="center"/>
        </w:trPr>
        <w:tc>
          <w:tcPr>
            <w:tcW w:w="2160" w:type="dxa"/>
          </w:tcPr>
          <w:p w14:paraId="0A6E29D7" w14:textId="77777777" w:rsidR="00D0718B" w:rsidRDefault="00D0718B"/>
        </w:tc>
        <w:tc>
          <w:tcPr>
            <w:tcW w:w="5472" w:type="dxa"/>
          </w:tcPr>
          <w:p w14:paraId="3F47D8AD" w14:textId="77777777" w:rsidR="00D0718B" w:rsidRDefault="00D0718B"/>
        </w:tc>
        <w:tc>
          <w:tcPr>
            <w:tcW w:w="1584" w:type="dxa"/>
          </w:tcPr>
          <w:p w14:paraId="425027D5" w14:textId="77777777" w:rsidR="00D0718B" w:rsidRDefault="00D0718B"/>
        </w:tc>
      </w:tr>
      <w:tr w:rsidR="00D0718B" w14:paraId="397C6759" w14:textId="77777777">
        <w:trPr>
          <w:jc w:val="center"/>
        </w:trPr>
        <w:tc>
          <w:tcPr>
            <w:tcW w:w="2160" w:type="dxa"/>
          </w:tcPr>
          <w:p w14:paraId="78898C68" w14:textId="77777777" w:rsidR="00D0718B" w:rsidRDefault="00D0718B"/>
        </w:tc>
        <w:tc>
          <w:tcPr>
            <w:tcW w:w="5472" w:type="dxa"/>
          </w:tcPr>
          <w:p w14:paraId="4FDC6731" w14:textId="77777777" w:rsidR="00D0718B" w:rsidRDefault="00D0718B"/>
        </w:tc>
        <w:tc>
          <w:tcPr>
            <w:tcW w:w="1584" w:type="dxa"/>
          </w:tcPr>
          <w:p w14:paraId="556FB4EA" w14:textId="77777777" w:rsidR="00D0718B" w:rsidRDefault="00D0718B"/>
        </w:tc>
      </w:tr>
      <w:tr w:rsidR="00D0718B" w14:paraId="299D1685" w14:textId="77777777">
        <w:trPr>
          <w:jc w:val="center"/>
        </w:trPr>
        <w:tc>
          <w:tcPr>
            <w:tcW w:w="2160" w:type="dxa"/>
          </w:tcPr>
          <w:p w14:paraId="7495A236" w14:textId="77777777" w:rsidR="00D0718B" w:rsidRDefault="00D0718B"/>
        </w:tc>
        <w:tc>
          <w:tcPr>
            <w:tcW w:w="5472" w:type="dxa"/>
          </w:tcPr>
          <w:p w14:paraId="2B7CEC80" w14:textId="77777777" w:rsidR="00D0718B" w:rsidRDefault="00D0718B"/>
        </w:tc>
        <w:tc>
          <w:tcPr>
            <w:tcW w:w="1584" w:type="dxa"/>
          </w:tcPr>
          <w:p w14:paraId="7289C024" w14:textId="77777777" w:rsidR="00D0718B" w:rsidRDefault="00D0718B"/>
        </w:tc>
      </w:tr>
      <w:tr w:rsidR="00D0718B" w14:paraId="4D729B31" w14:textId="77777777">
        <w:trPr>
          <w:jc w:val="center"/>
        </w:trPr>
        <w:tc>
          <w:tcPr>
            <w:tcW w:w="2160" w:type="dxa"/>
          </w:tcPr>
          <w:p w14:paraId="0A75C675" w14:textId="77777777" w:rsidR="00D0718B" w:rsidRDefault="00D0718B"/>
        </w:tc>
        <w:tc>
          <w:tcPr>
            <w:tcW w:w="5472" w:type="dxa"/>
          </w:tcPr>
          <w:p w14:paraId="634B3DAF" w14:textId="77777777" w:rsidR="00D0718B" w:rsidRDefault="00D0718B"/>
        </w:tc>
        <w:tc>
          <w:tcPr>
            <w:tcW w:w="1584" w:type="dxa"/>
          </w:tcPr>
          <w:p w14:paraId="588A51D7" w14:textId="77777777" w:rsidR="00D0718B" w:rsidRDefault="00D0718B"/>
        </w:tc>
      </w:tr>
    </w:tbl>
    <w:p w14:paraId="40B88AD5" w14:textId="77777777" w:rsidR="00D0718B" w:rsidRDefault="00000000">
      <w:pPr>
        <w:spacing w:after="80"/>
      </w:pPr>
      <w:r>
        <w:rPr>
          <w:i/>
          <w:sz w:val="22"/>
        </w:rPr>
        <w:t>Review whenever medications, medical conditions, feeding routines, contacts, caregivers, or household animals change.</w:t>
      </w:r>
    </w:p>
    <w:sectPr w:rsidR="00D0718B" w:rsidSect="00972910">
      <w:footerReference w:type="default" r:id="rId16"/>
      <w:pgSz w:w="12240" w:h="15840"/>
      <w:pgMar w:top="1440" w:right="1440" w:bottom="1440" w:left="1440" w:header="288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6ACF0" w14:textId="77777777" w:rsidR="00A356E3" w:rsidRDefault="00A356E3">
      <w:pPr>
        <w:spacing w:after="0" w:line="240" w:lineRule="auto"/>
      </w:pPr>
      <w:r>
        <w:separator/>
      </w:r>
    </w:p>
  </w:endnote>
  <w:endnote w:type="continuationSeparator" w:id="0">
    <w:p w14:paraId="4D30528F" w14:textId="77777777" w:rsidR="00A356E3" w:rsidRDefault="00A3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7B48F" w14:textId="77777777" w:rsidR="0082700E" w:rsidRDefault="008270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7B0F" w14:textId="47848699" w:rsidR="00D0718B" w:rsidRPr="0082700E" w:rsidRDefault="00D0718B" w:rsidP="008270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B043" w14:textId="77777777" w:rsidR="0082700E" w:rsidRDefault="0082700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B1DA" w14:textId="77777777" w:rsidR="00D0718B" w:rsidRDefault="00000000">
    <w:pPr>
      <w:pStyle w:val="Footer"/>
      <w:jc w:val="center"/>
    </w:pPr>
    <w:r>
      <w:rPr>
        <w:noProof/>
      </w:rPr>
      <w:drawing>
        <wp:inline distT="0" distB="0" distL="0" distR="0" wp14:anchorId="61F92322" wp14:editId="6437B0BF">
          <wp:extent cx="2514600" cy="684684"/>
          <wp:effectExtent l="0" t="0" r="0" b="5080"/>
          <wp:docPr id="828507651" name="Picture 828507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ithful_steps_footer_from_approved_cov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4600" cy="684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B06C7" w14:textId="77777777" w:rsidR="00A356E3" w:rsidRDefault="00A356E3">
      <w:pPr>
        <w:spacing w:after="0" w:line="240" w:lineRule="auto"/>
      </w:pPr>
      <w:r>
        <w:separator/>
      </w:r>
    </w:p>
  </w:footnote>
  <w:footnote w:type="continuationSeparator" w:id="0">
    <w:p w14:paraId="003C5A1B" w14:textId="77777777" w:rsidR="00A356E3" w:rsidRDefault="00A35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9AFC" w14:textId="77777777" w:rsidR="0082700E" w:rsidRDefault="008270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12BA" w14:textId="77777777" w:rsidR="00D0718B" w:rsidRDefault="00000000">
    <w:pPr>
      <w:pStyle w:val="Header"/>
    </w:pPr>
    <w:r>
      <w:rPr>
        <w:color w:val="CDCDCD"/>
        <w:sz w:val="16"/>
      </w:rPr>
      <w:t>○                              ○                              ○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1A10" w14:textId="77777777" w:rsidR="0082700E" w:rsidRDefault="008270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8276346">
    <w:abstractNumId w:val="8"/>
  </w:num>
  <w:num w:numId="2" w16cid:durableId="1771586867">
    <w:abstractNumId w:val="6"/>
  </w:num>
  <w:num w:numId="3" w16cid:durableId="1492989010">
    <w:abstractNumId w:val="5"/>
  </w:num>
  <w:num w:numId="4" w16cid:durableId="1729449352">
    <w:abstractNumId w:val="4"/>
  </w:num>
  <w:num w:numId="5" w16cid:durableId="1016807045">
    <w:abstractNumId w:val="7"/>
  </w:num>
  <w:num w:numId="6" w16cid:durableId="1586569587">
    <w:abstractNumId w:val="3"/>
  </w:num>
  <w:num w:numId="7" w16cid:durableId="20520581">
    <w:abstractNumId w:val="2"/>
  </w:num>
  <w:num w:numId="8" w16cid:durableId="738791294">
    <w:abstractNumId w:val="1"/>
  </w:num>
  <w:num w:numId="9" w16cid:durableId="114970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0A7A"/>
    <w:rsid w:val="001B1044"/>
    <w:rsid w:val="0029639D"/>
    <w:rsid w:val="002E4247"/>
    <w:rsid w:val="00326F90"/>
    <w:rsid w:val="00461299"/>
    <w:rsid w:val="005C613C"/>
    <w:rsid w:val="00762AFC"/>
    <w:rsid w:val="007B6020"/>
    <w:rsid w:val="0082700E"/>
    <w:rsid w:val="009337E4"/>
    <w:rsid w:val="00972910"/>
    <w:rsid w:val="00A356E3"/>
    <w:rsid w:val="00AA1D8D"/>
    <w:rsid w:val="00B47730"/>
    <w:rsid w:val="00CB0664"/>
    <w:rsid w:val="00CE06C6"/>
    <w:rsid w:val="00D071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29F555"/>
  <w14:defaultImageDpi w14:val="300"/>
  <w15:docId w15:val="{CE764AAA-2B86-4186-98FD-957E31B3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1855</Words>
  <Characters>18040</Characters>
  <Application>Microsoft Office Word</Application>
  <DocSecurity>0</DocSecurity>
  <Lines>501</Lines>
  <Paragraphs>414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Mike Chollett</cp:lastModifiedBy>
  <cp:revision>4</cp:revision>
  <cp:lastPrinted>2026-07-26T20:16:00Z</cp:lastPrinted>
  <dcterms:created xsi:type="dcterms:W3CDTF">2026-07-26T20:16:00Z</dcterms:created>
  <dcterms:modified xsi:type="dcterms:W3CDTF">2026-07-26T21:00:00Z</dcterms:modified>
  <cp:category/>
</cp:coreProperties>
</file>